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8358F7" w14:textId="77777777" w:rsidR="000D7045" w:rsidRDefault="000D7045" w:rsidP="000D7045">
      <w:pPr>
        <w:ind w:right="-1"/>
        <w:jc w:val="center"/>
        <w:rPr>
          <w:b/>
          <w:sz w:val="24"/>
          <w:szCs w:val="24"/>
        </w:rPr>
      </w:pPr>
      <w:r>
        <w:rPr>
          <w:b/>
          <w:noProof/>
          <w:sz w:val="30"/>
        </w:rPr>
        <w:drawing>
          <wp:anchor distT="0" distB="0" distL="114300" distR="114300" simplePos="0" relativeHeight="251657216" behindDoc="0" locked="0" layoutInCell="1" allowOverlap="1" wp14:anchorId="3D3ABAD7" wp14:editId="111EABE4">
            <wp:simplePos x="0" y="0"/>
            <wp:positionH relativeFrom="column">
              <wp:posOffset>37465</wp:posOffset>
            </wp:positionH>
            <wp:positionV relativeFrom="paragraph">
              <wp:posOffset>-208915</wp:posOffset>
            </wp:positionV>
            <wp:extent cx="1019175" cy="962660"/>
            <wp:effectExtent l="0" t="0" r="9525" b="8890"/>
            <wp:wrapNone/>
            <wp:docPr id="1" name="Obrázok 1" descr="LOGO UPRAV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 UPRAVA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51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962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sz w:val="24"/>
          <w:szCs w:val="24"/>
        </w:rPr>
        <w:t>TRNAVSKÁ UNIVERZITA V TRNAVE</w:t>
      </w:r>
    </w:p>
    <w:p w14:paraId="4AF8FDBB" w14:textId="77777777" w:rsidR="000D7045" w:rsidRDefault="000D7045" w:rsidP="000D7045">
      <w:pPr>
        <w:ind w:right="-1"/>
        <w:jc w:val="center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Filozofická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fakulta</w:t>
      </w:r>
      <w:proofErr w:type="spellEnd"/>
    </w:p>
    <w:p w14:paraId="4D2ACE77" w14:textId="77777777" w:rsidR="000D7045" w:rsidRDefault="000D7045">
      <w:pPr>
        <w:jc w:val="center"/>
        <w:rPr>
          <w:b/>
          <w:sz w:val="30"/>
        </w:rPr>
      </w:pPr>
    </w:p>
    <w:p w14:paraId="7E3F9BC5" w14:textId="77777777" w:rsidR="007C34D9" w:rsidRDefault="000D7045">
      <w:pPr>
        <w:jc w:val="center"/>
      </w:pPr>
      <w:r>
        <w:rPr>
          <w:b/>
          <w:sz w:val="30"/>
        </w:rPr>
        <w:t>PRIHLÁŠKA NA VZDELÁVANIE</w:t>
      </w:r>
    </w:p>
    <w:p w14:paraId="6947CE06" w14:textId="77777777" w:rsidR="007C34D9" w:rsidRDefault="007C34D9">
      <w:pPr>
        <w:jc w:val="center"/>
      </w:pPr>
    </w:p>
    <w:tbl>
      <w:tblPr>
        <w:tblStyle w:val="Mriekatabuky"/>
        <w:tblW w:w="0" w:type="auto"/>
        <w:jc w:val="center"/>
        <w:tblLook w:val="04A0" w:firstRow="1" w:lastRow="0" w:firstColumn="1" w:lastColumn="0" w:noHBand="0" w:noVBand="1"/>
      </w:tblPr>
      <w:tblGrid>
        <w:gridCol w:w="5270"/>
        <w:gridCol w:w="5270"/>
      </w:tblGrid>
      <w:tr w:rsidR="007C34D9" w14:paraId="629F8317" w14:textId="77777777">
        <w:trPr>
          <w:jc w:val="center"/>
        </w:trPr>
        <w:tc>
          <w:tcPr>
            <w:tcW w:w="5270" w:type="dxa"/>
            <w:shd w:val="clear" w:color="auto" w:fill="EDEDED"/>
            <w:vAlign w:val="center"/>
          </w:tcPr>
          <w:p w14:paraId="02B7A6F5" w14:textId="77777777" w:rsidR="007C34D9" w:rsidRDefault="000D7045">
            <w:r>
              <w:rPr>
                <w:b/>
                <w:sz w:val="17"/>
              </w:rPr>
              <w:t>Názov vzdelávania</w:t>
            </w:r>
          </w:p>
        </w:tc>
        <w:tc>
          <w:tcPr>
            <w:tcW w:w="5270" w:type="dxa"/>
            <w:vAlign w:val="center"/>
          </w:tcPr>
          <w:p w14:paraId="5A8CB242" w14:textId="77777777" w:rsidR="007C34D9" w:rsidRDefault="007C34D9"/>
        </w:tc>
      </w:tr>
      <w:tr w:rsidR="007C34D9" w14:paraId="189B90ED" w14:textId="77777777">
        <w:trPr>
          <w:jc w:val="center"/>
        </w:trPr>
        <w:tc>
          <w:tcPr>
            <w:tcW w:w="5270" w:type="dxa"/>
            <w:shd w:val="clear" w:color="auto" w:fill="EDEDED"/>
            <w:vAlign w:val="center"/>
          </w:tcPr>
          <w:p w14:paraId="1C74F687" w14:textId="77777777" w:rsidR="007C34D9" w:rsidRDefault="000D7045">
            <w:r>
              <w:rPr>
                <w:b/>
                <w:sz w:val="17"/>
              </w:rPr>
              <w:t>Druh vzdelávania</w:t>
            </w:r>
          </w:p>
        </w:tc>
        <w:tc>
          <w:tcPr>
            <w:tcW w:w="5270" w:type="dxa"/>
            <w:vAlign w:val="center"/>
          </w:tcPr>
          <w:p w14:paraId="4E226578" w14:textId="77777777" w:rsidR="007C34D9" w:rsidRDefault="000D7045">
            <w:r>
              <w:rPr>
                <w:sz w:val="17"/>
              </w:rPr>
              <w:t>Inovačné</w:t>
            </w:r>
          </w:p>
        </w:tc>
      </w:tr>
      <w:tr w:rsidR="007C34D9" w14:paraId="21767028" w14:textId="77777777">
        <w:trPr>
          <w:jc w:val="center"/>
        </w:trPr>
        <w:tc>
          <w:tcPr>
            <w:tcW w:w="5270" w:type="dxa"/>
            <w:shd w:val="clear" w:color="auto" w:fill="EDEDED"/>
            <w:vAlign w:val="center"/>
          </w:tcPr>
          <w:p w14:paraId="23138FE4" w14:textId="77777777" w:rsidR="007C34D9" w:rsidRDefault="000D7045">
            <w:r>
              <w:rPr>
                <w:b/>
                <w:sz w:val="17"/>
              </w:rPr>
              <w:t>Adresa organizátora</w:t>
            </w:r>
          </w:p>
        </w:tc>
        <w:tc>
          <w:tcPr>
            <w:tcW w:w="5270" w:type="dxa"/>
            <w:vAlign w:val="center"/>
          </w:tcPr>
          <w:p w14:paraId="4083F5B8" w14:textId="77777777" w:rsidR="007C34D9" w:rsidRDefault="000D7045">
            <w:proofErr w:type="spellStart"/>
            <w:r>
              <w:rPr>
                <w:sz w:val="17"/>
              </w:rPr>
              <w:t>Trnavská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univerzita</w:t>
            </w:r>
            <w:proofErr w:type="spellEnd"/>
            <w:r>
              <w:rPr>
                <w:sz w:val="17"/>
              </w:rPr>
              <w:t xml:space="preserve"> v </w:t>
            </w:r>
            <w:proofErr w:type="spellStart"/>
            <w:r>
              <w:rPr>
                <w:sz w:val="17"/>
              </w:rPr>
              <w:t>Trnave</w:t>
            </w:r>
            <w:proofErr w:type="spellEnd"/>
            <w:r>
              <w:rPr>
                <w:sz w:val="17"/>
              </w:rPr>
              <w:t xml:space="preserve">, </w:t>
            </w:r>
            <w:proofErr w:type="spellStart"/>
            <w:r>
              <w:rPr>
                <w:sz w:val="17"/>
              </w:rPr>
              <w:t>Filozofická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fakulta</w:t>
            </w:r>
            <w:proofErr w:type="spellEnd"/>
          </w:p>
        </w:tc>
      </w:tr>
    </w:tbl>
    <w:p w14:paraId="57B97FFA" w14:textId="77777777" w:rsidR="007C34D9" w:rsidRDefault="007C34D9"/>
    <w:tbl>
      <w:tblPr>
        <w:tblStyle w:val="Mriekatabuky"/>
        <w:tblW w:w="0" w:type="auto"/>
        <w:jc w:val="center"/>
        <w:tblLook w:val="04A0" w:firstRow="1" w:lastRow="0" w:firstColumn="1" w:lastColumn="0" w:noHBand="0" w:noVBand="1"/>
      </w:tblPr>
      <w:tblGrid>
        <w:gridCol w:w="2635"/>
        <w:gridCol w:w="2635"/>
        <w:gridCol w:w="2635"/>
        <w:gridCol w:w="2635"/>
      </w:tblGrid>
      <w:tr w:rsidR="007C34D9" w14:paraId="7A8BCFB7" w14:textId="77777777">
        <w:trPr>
          <w:jc w:val="center"/>
        </w:trPr>
        <w:tc>
          <w:tcPr>
            <w:tcW w:w="2635" w:type="dxa"/>
            <w:shd w:val="clear" w:color="auto" w:fill="EDEDED"/>
            <w:vAlign w:val="center"/>
          </w:tcPr>
          <w:p w14:paraId="026F84AC" w14:textId="0030A8CD" w:rsidR="007C34D9" w:rsidRPr="004F7149" w:rsidRDefault="006D22DE">
            <w:pPr>
              <w:rPr>
                <w:b/>
              </w:rPr>
            </w:pPr>
            <w:proofErr w:type="spellStart"/>
            <w:r w:rsidRPr="004F7149">
              <w:rPr>
                <w:b/>
                <w:sz w:val="17"/>
              </w:rPr>
              <w:t>Akademický</w:t>
            </w:r>
            <w:proofErr w:type="spellEnd"/>
            <w:r w:rsidRPr="004F7149">
              <w:rPr>
                <w:b/>
                <w:sz w:val="17"/>
              </w:rPr>
              <w:t xml:space="preserve"> </w:t>
            </w:r>
            <w:proofErr w:type="spellStart"/>
            <w:r w:rsidRPr="004F7149">
              <w:rPr>
                <w:b/>
                <w:sz w:val="17"/>
              </w:rPr>
              <w:t>titul</w:t>
            </w:r>
            <w:proofErr w:type="spellEnd"/>
          </w:p>
        </w:tc>
        <w:tc>
          <w:tcPr>
            <w:tcW w:w="2635" w:type="dxa"/>
            <w:vAlign w:val="center"/>
          </w:tcPr>
          <w:p w14:paraId="0B416EB7" w14:textId="77777777" w:rsidR="007C34D9" w:rsidRDefault="000D7045">
            <w:r>
              <w:rPr>
                <w:sz w:val="17"/>
              </w:rPr>
              <w:t>.</w:t>
            </w:r>
          </w:p>
        </w:tc>
        <w:tc>
          <w:tcPr>
            <w:tcW w:w="2635" w:type="dxa"/>
            <w:shd w:val="clear" w:color="auto" w:fill="EDEDED"/>
            <w:vAlign w:val="center"/>
          </w:tcPr>
          <w:p w14:paraId="684106BF" w14:textId="6BECBBBA" w:rsidR="007C34D9" w:rsidRDefault="007C34D9"/>
        </w:tc>
        <w:tc>
          <w:tcPr>
            <w:tcW w:w="2635" w:type="dxa"/>
            <w:vAlign w:val="center"/>
          </w:tcPr>
          <w:p w14:paraId="21ACBAED" w14:textId="77777777" w:rsidR="007C34D9" w:rsidRDefault="007C34D9"/>
        </w:tc>
      </w:tr>
      <w:tr w:rsidR="007C34D9" w14:paraId="7E78F46B" w14:textId="77777777">
        <w:trPr>
          <w:jc w:val="center"/>
        </w:trPr>
        <w:tc>
          <w:tcPr>
            <w:tcW w:w="2635" w:type="dxa"/>
            <w:shd w:val="clear" w:color="auto" w:fill="EDEDED"/>
            <w:vAlign w:val="center"/>
          </w:tcPr>
          <w:p w14:paraId="60AC9378" w14:textId="77777777" w:rsidR="007C34D9" w:rsidRPr="004F7149" w:rsidRDefault="000D7045">
            <w:pPr>
              <w:rPr>
                <w:b/>
              </w:rPr>
            </w:pPr>
            <w:proofErr w:type="spellStart"/>
            <w:r w:rsidRPr="004F7149">
              <w:rPr>
                <w:b/>
                <w:sz w:val="17"/>
              </w:rPr>
              <w:t>Priezvisko</w:t>
            </w:r>
            <w:proofErr w:type="spellEnd"/>
          </w:p>
        </w:tc>
        <w:tc>
          <w:tcPr>
            <w:tcW w:w="2635" w:type="dxa"/>
            <w:vAlign w:val="center"/>
          </w:tcPr>
          <w:p w14:paraId="57A24353" w14:textId="77777777" w:rsidR="007C34D9" w:rsidRDefault="007C34D9"/>
        </w:tc>
        <w:tc>
          <w:tcPr>
            <w:tcW w:w="2635" w:type="dxa"/>
            <w:shd w:val="clear" w:color="auto" w:fill="EDEDED"/>
            <w:vAlign w:val="center"/>
          </w:tcPr>
          <w:p w14:paraId="06FDB41A" w14:textId="6B278BFA" w:rsidR="007C34D9" w:rsidRPr="004F7149" w:rsidRDefault="004F7149">
            <w:pPr>
              <w:rPr>
                <w:b/>
                <w:bCs/>
                <w:sz w:val="16"/>
                <w:szCs w:val="16"/>
              </w:rPr>
            </w:pPr>
            <w:r w:rsidRPr="004F7149">
              <w:rPr>
                <w:b/>
                <w:bCs/>
                <w:sz w:val="16"/>
                <w:szCs w:val="16"/>
              </w:rPr>
              <w:t>Meno</w:t>
            </w:r>
          </w:p>
        </w:tc>
        <w:tc>
          <w:tcPr>
            <w:tcW w:w="2635" w:type="dxa"/>
            <w:vAlign w:val="center"/>
          </w:tcPr>
          <w:p w14:paraId="4DF300F7" w14:textId="77777777" w:rsidR="007C34D9" w:rsidRDefault="007C34D9"/>
        </w:tc>
      </w:tr>
      <w:tr w:rsidR="006D22DE" w14:paraId="326A1AD9" w14:textId="77777777">
        <w:trPr>
          <w:jc w:val="center"/>
        </w:trPr>
        <w:tc>
          <w:tcPr>
            <w:tcW w:w="2635" w:type="dxa"/>
            <w:shd w:val="clear" w:color="auto" w:fill="EDEDED"/>
            <w:vAlign w:val="center"/>
          </w:tcPr>
          <w:p w14:paraId="0A7AFAD8" w14:textId="76223054" w:rsidR="006D22DE" w:rsidRPr="004F7149" w:rsidRDefault="006D22DE">
            <w:pPr>
              <w:rPr>
                <w:b/>
                <w:sz w:val="17"/>
              </w:rPr>
            </w:pPr>
            <w:proofErr w:type="spellStart"/>
            <w:r w:rsidRPr="004F7149">
              <w:rPr>
                <w:b/>
                <w:sz w:val="17"/>
              </w:rPr>
              <w:t>Rodné</w:t>
            </w:r>
            <w:proofErr w:type="spellEnd"/>
            <w:r w:rsidRPr="004F7149">
              <w:rPr>
                <w:b/>
                <w:sz w:val="17"/>
              </w:rPr>
              <w:t xml:space="preserve"> </w:t>
            </w:r>
            <w:proofErr w:type="spellStart"/>
            <w:r w:rsidRPr="004F7149">
              <w:rPr>
                <w:b/>
                <w:sz w:val="17"/>
              </w:rPr>
              <w:t>priezvisko</w:t>
            </w:r>
            <w:proofErr w:type="spellEnd"/>
          </w:p>
        </w:tc>
        <w:tc>
          <w:tcPr>
            <w:tcW w:w="2635" w:type="dxa"/>
            <w:vAlign w:val="center"/>
          </w:tcPr>
          <w:p w14:paraId="2AF5DC61" w14:textId="77777777" w:rsidR="006D22DE" w:rsidRDefault="006D22DE"/>
        </w:tc>
        <w:tc>
          <w:tcPr>
            <w:tcW w:w="2635" w:type="dxa"/>
            <w:shd w:val="clear" w:color="auto" w:fill="EDEDED"/>
            <w:vAlign w:val="center"/>
          </w:tcPr>
          <w:p w14:paraId="351439A6" w14:textId="2105903E" w:rsidR="006D22DE" w:rsidRPr="004F7149" w:rsidRDefault="004F7149">
            <w:pPr>
              <w:rPr>
                <w:b/>
                <w:bCs/>
                <w:sz w:val="16"/>
                <w:szCs w:val="16"/>
              </w:rPr>
            </w:pPr>
            <w:proofErr w:type="spellStart"/>
            <w:r w:rsidRPr="004F7149">
              <w:rPr>
                <w:b/>
                <w:bCs/>
                <w:sz w:val="16"/>
                <w:szCs w:val="16"/>
              </w:rPr>
              <w:t>Dátum</w:t>
            </w:r>
            <w:proofErr w:type="spellEnd"/>
            <w:r w:rsidRPr="004F7149"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4F7149">
              <w:rPr>
                <w:b/>
                <w:bCs/>
                <w:sz w:val="16"/>
                <w:szCs w:val="16"/>
              </w:rPr>
              <w:t>narodenia</w:t>
            </w:r>
            <w:proofErr w:type="spellEnd"/>
          </w:p>
        </w:tc>
        <w:tc>
          <w:tcPr>
            <w:tcW w:w="2635" w:type="dxa"/>
            <w:vAlign w:val="center"/>
          </w:tcPr>
          <w:p w14:paraId="63F468EC" w14:textId="77777777" w:rsidR="006D22DE" w:rsidRDefault="006D22DE"/>
        </w:tc>
      </w:tr>
      <w:tr w:rsidR="007C34D9" w14:paraId="280E200D" w14:textId="77777777">
        <w:trPr>
          <w:jc w:val="center"/>
        </w:trPr>
        <w:tc>
          <w:tcPr>
            <w:tcW w:w="2635" w:type="dxa"/>
            <w:shd w:val="clear" w:color="auto" w:fill="EDEDED"/>
            <w:vAlign w:val="center"/>
          </w:tcPr>
          <w:p w14:paraId="0145B445" w14:textId="77777777" w:rsidR="007C34D9" w:rsidRPr="004F7149" w:rsidRDefault="000D7045">
            <w:pPr>
              <w:rPr>
                <w:b/>
              </w:rPr>
            </w:pPr>
            <w:proofErr w:type="spellStart"/>
            <w:r w:rsidRPr="004F7149">
              <w:rPr>
                <w:b/>
                <w:sz w:val="17"/>
              </w:rPr>
              <w:t>Miesto</w:t>
            </w:r>
            <w:proofErr w:type="spellEnd"/>
            <w:r w:rsidRPr="004F7149">
              <w:rPr>
                <w:b/>
                <w:sz w:val="17"/>
              </w:rPr>
              <w:t xml:space="preserve"> </w:t>
            </w:r>
            <w:proofErr w:type="spellStart"/>
            <w:r w:rsidRPr="004F7149">
              <w:rPr>
                <w:b/>
                <w:sz w:val="17"/>
              </w:rPr>
              <w:t>narodenia</w:t>
            </w:r>
            <w:proofErr w:type="spellEnd"/>
          </w:p>
        </w:tc>
        <w:tc>
          <w:tcPr>
            <w:tcW w:w="2635" w:type="dxa"/>
            <w:vAlign w:val="center"/>
          </w:tcPr>
          <w:p w14:paraId="6A21773B" w14:textId="77777777" w:rsidR="007C34D9" w:rsidRDefault="007C34D9"/>
        </w:tc>
        <w:tc>
          <w:tcPr>
            <w:tcW w:w="2635" w:type="dxa"/>
            <w:shd w:val="clear" w:color="auto" w:fill="EDEDED"/>
            <w:vAlign w:val="center"/>
          </w:tcPr>
          <w:p w14:paraId="20E80D2B" w14:textId="191CAAD2" w:rsidR="007C34D9" w:rsidRPr="004F7149" w:rsidRDefault="004F7149">
            <w:pPr>
              <w:rPr>
                <w:b/>
                <w:bCs/>
                <w:sz w:val="16"/>
                <w:szCs w:val="16"/>
              </w:rPr>
            </w:pPr>
            <w:proofErr w:type="spellStart"/>
            <w:r w:rsidRPr="004F7149">
              <w:rPr>
                <w:b/>
                <w:bCs/>
                <w:sz w:val="16"/>
                <w:szCs w:val="16"/>
              </w:rPr>
              <w:t>Rodné</w:t>
            </w:r>
            <w:proofErr w:type="spellEnd"/>
            <w:r w:rsidRPr="004F7149"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4F7149">
              <w:rPr>
                <w:b/>
                <w:bCs/>
                <w:sz w:val="16"/>
                <w:szCs w:val="16"/>
              </w:rPr>
              <w:t>číslo</w:t>
            </w:r>
            <w:proofErr w:type="spellEnd"/>
          </w:p>
        </w:tc>
        <w:tc>
          <w:tcPr>
            <w:tcW w:w="2635" w:type="dxa"/>
            <w:vAlign w:val="center"/>
          </w:tcPr>
          <w:p w14:paraId="014DFDCC" w14:textId="77777777" w:rsidR="007C34D9" w:rsidRDefault="007C34D9"/>
        </w:tc>
      </w:tr>
      <w:tr w:rsidR="007C34D9" w14:paraId="308DD618" w14:textId="77777777">
        <w:trPr>
          <w:jc w:val="center"/>
        </w:trPr>
        <w:tc>
          <w:tcPr>
            <w:tcW w:w="2635" w:type="dxa"/>
            <w:shd w:val="clear" w:color="auto" w:fill="EDEDED"/>
            <w:vAlign w:val="center"/>
          </w:tcPr>
          <w:p w14:paraId="40F05B41" w14:textId="77777777" w:rsidR="007C34D9" w:rsidRPr="004F7149" w:rsidRDefault="000D7045">
            <w:pPr>
              <w:rPr>
                <w:b/>
              </w:rPr>
            </w:pPr>
            <w:r w:rsidRPr="004F7149">
              <w:rPr>
                <w:b/>
                <w:sz w:val="17"/>
              </w:rPr>
              <w:t>Ulica a číslo</w:t>
            </w:r>
          </w:p>
        </w:tc>
        <w:tc>
          <w:tcPr>
            <w:tcW w:w="2635" w:type="dxa"/>
            <w:vAlign w:val="center"/>
          </w:tcPr>
          <w:p w14:paraId="5FE9AB5C" w14:textId="77777777" w:rsidR="007C34D9" w:rsidRDefault="007C34D9"/>
        </w:tc>
        <w:tc>
          <w:tcPr>
            <w:tcW w:w="2635" w:type="dxa"/>
            <w:shd w:val="clear" w:color="auto" w:fill="EDEDED"/>
            <w:vAlign w:val="center"/>
          </w:tcPr>
          <w:p w14:paraId="225FC962" w14:textId="676560BF" w:rsidR="007C34D9" w:rsidRPr="004F7149" w:rsidRDefault="004F7149">
            <w:pPr>
              <w:rPr>
                <w:b/>
                <w:bCs/>
                <w:sz w:val="16"/>
                <w:szCs w:val="16"/>
              </w:rPr>
            </w:pPr>
            <w:proofErr w:type="spellStart"/>
            <w:r w:rsidRPr="004F7149">
              <w:rPr>
                <w:b/>
                <w:bCs/>
                <w:sz w:val="16"/>
                <w:szCs w:val="16"/>
              </w:rPr>
              <w:t>Štátna</w:t>
            </w:r>
            <w:proofErr w:type="spellEnd"/>
            <w:r w:rsidRPr="004F7149"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4F7149">
              <w:rPr>
                <w:b/>
                <w:bCs/>
                <w:sz w:val="16"/>
                <w:szCs w:val="16"/>
              </w:rPr>
              <w:t>príslušnosť</w:t>
            </w:r>
            <w:proofErr w:type="spellEnd"/>
          </w:p>
        </w:tc>
        <w:tc>
          <w:tcPr>
            <w:tcW w:w="2635" w:type="dxa"/>
            <w:vAlign w:val="center"/>
          </w:tcPr>
          <w:p w14:paraId="4FBD69BA" w14:textId="77777777" w:rsidR="007C34D9" w:rsidRDefault="007C34D9"/>
        </w:tc>
      </w:tr>
      <w:tr w:rsidR="007C34D9" w14:paraId="700EF598" w14:textId="77777777">
        <w:trPr>
          <w:jc w:val="center"/>
        </w:trPr>
        <w:tc>
          <w:tcPr>
            <w:tcW w:w="2635" w:type="dxa"/>
            <w:shd w:val="clear" w:color="auto" w:fill="EDEDED"/>
            <w:vAlign w:val="center"/>
          </w:tcPr>
          <w:p w14:paraId="4C5B222C" w14:textId="77777777" w:rsidR="007C34D9" w:rsidRPr="004F7149" w:rsidRDefault="000D7045">
            <w:pPr>
              <w:rPr>
                <w:b/>
              </w:rPr>
            </w:pPr>
            <w:r w:rsidRPr="004F7149">
              <w:rPr>
                <w:b/>
                <w:sz w:val="17"/>
              </w:rPr>
              <w:t>Obec</w:t>
            </w:r>
          </w:p>
        </w:tc>
        <w:tc>
          <w:tcPr>
            <w:tcW w:w="2635" w:type="dxa"/>
            <w:vAlign w:val="center"/>
          </w:tcPr>
          <w:p w14:paraId="5F3AC873" w14:textId="77777777" w:rsidR="007C34D9" w:rsidRDefault="007C34D9"/>
        </w:tc>
        <w:tc>
          <w:tcPr>
            <w:tcW w:w="2635" w:type="dxa"/>
            <w:shd w:val="clear" w:color="auto" w:fill="EDEDED"/>
            <w:vAlign w:val="center"/>
          </w:tcPr>
          <w:p w14:paraId="6D28D524" w14:textId="5EB2AE27" w:rsidR="007C34D9" w:rsidRPr="004F7149" w:rsidRDefault="006D22DE">
            <w:pPr>
              <w:rPr>
                <w:b/>
                <w:bCs/>
                <w:sz w:val="16"/>
                <w:szCs w:val="16"/>
              </w:rPr>
            </w:pPr>
            <w:r w:rsidRPr="004F7149">
              <w:rPr>
                <w:b/>
                <w:bCs/>
                <w:sz w:val="16"/>
                <w:szCs w:val="16"/>
              </w:rPr>
              <w:t>PSČ</w:t>
            </w:r>
          </w:p>
        </w:tc>
        <w:tc>
          <w:tcPr>
            <w:tcW w:w="2635" w:type="dxa"/>
            <w:vAlign w:val="center"/>
          </w:tcPr>
          <w:p w14:paraId="5285BF76" w14:textId="77777777" w:rsidR="007C34D9" w:rsidRDefault="007C34D9"/>
        </w:tc>
      </w:tr>
      <w:tr w:rsidR="007C34D9" w14:paraId="159E37A1" w14:textId="77777777">
        <w:trPr>
          <w:jc w:val="center"/>
        </w:trPr>
        <w:tc>
          <w:tcPr>
            <w:tcW w:w="2635" w:type="dxa"/>
            <w:shd w:val="clear" w:color="auto" w:fill="EDEDED"/>
            <w:vAlign w:val="center"/>
          </w:tcPr>
          <w:p w14:paraId="08F0BF5C" w14:textId="77777777" w:rsidR="007C34D9" w:rsidRPr="004F7149" w:rsidRDefault="000D7045">
            <w:pPr>
              <w:rPr>
                <w:b/>
              </w:rPr>
            </w:pPr>
            <w:r w:rsidRPr="004F7149">
              <w:rPr>
                <w:b/>
                <w:sz w:val="17"/>
              </w:rPr>
              <w:t>Telefón</w:t>
            </w:r>
          </w:p>
        </w:tc>
        <w:tc>
          <w:tcPr>
            <w:tcW w:w="2635" w:type="dxa"/>
            <w:vAlign w:val="center"/>
          </w:tcPr>
          <w:p w14:paraId="16E9D8B5" w14:textId="77777777" w:rsidR="007C34D9" w:rsidRDefault="007C34D9"/>
        </w:tc>
        <w:tc>
          <w:tcPr>
            <w:tcW w:w="2635" w:type="dxa"/>
            <w:shd w:val="clear" w:color="auto" w:fill="EDEDED"/>
            <w:vAlign w:val="center"/>
          </w:tcPr>
          <w:p w14:paraId="242B58A5" w14:textId="77777777" w:rsidR="007C34D9" w:rsidRPr="004F7149" w:rsidRDefault="000D7045">
            <w:pPr>
              <w:rPr>
                <w:b/>
                <w:bCs/>
                <w:sz w:val="16"/>
                <w:szCs w:val="16"/>
              </w:rPr>
            </w:pPr>
            <w:r w:rsidRPr="004F7149">
              <w:rPr>
                <w:b/>
                <w:bCs/>
                <w:sz w:val="16"/>
                <w:szCs w:val="16"/>
              </w:rPr>
              <w:t>E-mail</w:t>
            </w:r>
          </w:p>
        </w:tc>
        <w:tc>
          <w:tcPr>
            <w:tcW w:w="2635" w:type="dxa"/>
            <w:vAlign w:val="center"/>
          </w:tcPr>
          <w:p w14:paraId="2DF470F5" w14:textId="77777777" w:rsidR="007C34D9" w:rsidRDefault="007C34D9"/>
        </w:tc>
      </w:tr>
    </w:tbl>
    <w:p w14:paraId="71C8E00C" w14:textId="77777777" w:rsidR="007C34D9" w:rsidRPr="004F7149" w:rsidRDefault="007C34D9">
      <w:pPr>
        <w:rPr>
          <w:b/>
          <w:bCs/>
        </w:rPr>
      </w:pPr>
    </w:p>
    <w:tbl>
      <w:tblPr>
        <w:tblStyle w:val="Mriekatabuky"/>
        <w:tblW w:w="0" w:type="auto"/>
        <w:jc w:val="center"/>
        <w:tblLook w:val="04A0" w:firstRow="1" w:lastRow="0" w:firstColumn="1" w:lastColumn="0" w:noHBand="0" w:noVBand="1"/>
      </w:tblPr>
      <w:tblGrid>
        <w:gridCol w:w="5270"/>
        <w:gridCol w:w="5270"/>
      </w:tblGrid>
      <w:tr w:rsidR="007C34D9" w14:paraId="0A5C6C66" w14:textId="77777777">
        <w:trPr>
          <w:jc w:val="center"/>
        </w:trPr>
        <w:tc>
          <w:tcPr>
            <w:tcW w:w="5270" w:type="dxa"/>
            <w:shd w:val="clear" w:color="auto" w:fill="EDEDED"/>
            <w:vAlign w:val="center"/>
          </w:tcPr>
          <w:p w14:paraId="42480DEB" w14:textId="77777777" w:rsidR="007C34D9" w:rsidRPr="004F7149" w:rsidRDefault="000D7045">
            <w:pPr>
              <w:rPr>
                <w:b/>
                <w:sz w:val="16"/>
                <w:szCs w:val="16"/>
              </w:rPr>
            </w:pPr>
            <w:proofErr w:type="spellStart"/>
            <w:r w:rsidRPr="004F7149">
              <w:rPr>
                <w:b/>
                <w:sz w:val="16"/>
                <w:szCs w:val="16"/>
              </w:rPr>
              <w:t>Najvyššie</w:t>
            </w:r>
            <w:proofErr w:type="spellEnd"/>
            <w:r w:rsidRPr="004F7149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4F7149">
              <w:rPr>
                <w:b/>
                <w:sz w:val="16"/>
                <w:szCs w:val="16"/>
              </w:rPr>
              <w:t>dosiahnuté</w:t>
            </w:r>
            <w:proofErr w:type="spellEnd"/>
            <w:r w:rsidRPr="004F7149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4F7149">
              <w:rPr>
                <w:b/>
                <w:sz w:val="16"/>
                <w:szCs w:val="16"/>
              </w:rPr>
              <w:t>vzdelanie</w:t>
            </w:r>
            <w:proofErr w:type="spellEnd"/>
          </w:p>
        </w:tc>
        <w:tc>
          <w:tcPr>
            <w:tcW w:w="5270" w:type="dxa"/>
            <w:vAlign w:val="center"/>
          </w:tcPr>
          <w:p w14:paraId="614AB707" w14:textId="77777777" w:rsidR="007C34D9" w:rsidRDefault="007C34D9"/>
        </w:tc>
      </w:tr>
      <w:tr w:rsidR="006D22DE" w14:paraId="4BC068CD" w14:textId="77777777">
        <w:trPr>
          <w:jc w:val="center"/>
        </w:trPr>
        <w:tc>
          <w:tcPr>
            <w:tcW w:w="5270" w:type="dxa"/>
            <w:shd w:val="clear" w:color="auto" w:fill="EDEDED"/>
            <w:vAlign w:val="center"/>
          </w:tcPr>
          <w:p w14:paraId="38BC42D1" w14:textId="67AA7A43" w:rsidR="006D22DE" w:rsidRPr="004F7149" w:rsidRDefault="006D22DE">
            <w:pPr>
              <w:rPr>
                <w:b/>
                <w:sz w:val="16"/>
                <w:szCs w:val="16"/>
              </w:rPr>
            </w:pPr>
            <w:proofErr w:type="spellStart"/>
            <w:r w:rsidRPr="004F7149">
              <w:rPr>
                <w:b/>
                <w:sz w:val="16"/>
                <w:szCs w:val="16"/>
              </w:rPr>
              <w:t>Vysoká</w:t>
            </w:r>
            <w:proofErr w:type="spellEnd"/>
            <w:r w:rsidRPr="004F7149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4F7149">
              <w:rPr>
                <w:b/>
                <w:sz w:val="16"/>
                <w:szCs w:val="16"/>
              </w:rPr>
              <w:t>škola</w:t>
            </w:r>
            <w:proofErr w:type="spellEnd"/>
          </w:p>
        </w:tc>
        <w:tc>
          <w:tcPr>
            <w:tcW w:w="5270" w:type="dxa"/>
            <w:vAlign w:val="center"/>
          </w:tcPr>
          <w:p w14:paraId="295C0F37" w14:textId="77777777" w:rsidR="006D22DE" w:rsidRDefault="006D22DE"/>
        </w:tc>
      </w:tr>
      <w:tr w:rsidR="006D22DE" w14:paraId="79EFA70B" w14:textId="77777777">
        <w:trPr>
          <w:jc w:val="center"/>
        </w:trPr>
        <w:tc>
          <w:tcPr>
            <w:tcW w:w="5270" w:type="dxa"/>
            <w:shd w:val="clear" w:color="auto" w:fill="EDEDED"/>
            <w:vAlign w:val="center"/>
          </w:tcPr>
          <w:p w14:paraId="31E82C63" w14:textId="5D710FC6" w:rsidR="006D22DE" w:rsidRPr="004F7149" w:rsidRDefault="006D22DE">
            <w:pPr>
              <w:rPr>
                <w:b/>
                <w:sz w:val="16"/>
                <w:szCs w:val="16"/>
              </w:rPr>
            </w:pPr>
            <w:proofErr w:type="spellStart"/>
            <w:r w:rsidRPr="004F7149">
              <w:rPr>
                <w:b/>
                <w:sz w:val="16"/>
                <w:szCs w:val="16"/>
              </w:rPr>
              <w:t>Fakulta</w:t>
            </w:r>
            <w:proofErr w:type="spellEnd"/>
          </w:p>
        </w:tc>
        <w:tc>
          <w:tcPr>
            <w:tcW w:w="5270" w:type="dxa"/>
            <w:vAlign w:val="center"/>
          </w:tcPr>
          <w:p w14:paraId="32FB9E2B" w14:textId="77777777" w:rsidR="006D22DE" w:rsidRDefault="006D22DE"/>
        </w:tc>
      </w:tr>
      <w:tr w:rsidR="007C34D9" w14:paraId="76A7C051" w14:textId="77777777">
        <w:trPr>
          <w:jc w:val="center"/>
        </w:trPr>
        <w:tc>
          <w:tcPr>
            <w:tcW w:w="5270" w:type="dxa"/>
            <w:shd w:val="clear" w:color="auto" w:fill="EDEDED"/>
            <w:vAlign w:val="center"/>
          </w:tcPr>
          <w:p w14:paraId="16B74B44" w14:textId="27B304D7" w:rsidR="007C34D9" w:rsidRPr="004F7149" w:rsidRDefault="00915B4F">
            <w:pPr>
              <w:rPr>
                <w:b/>
                <w:sz w:val="16"/>
                <w:szCs w:val="16"/>
              </w:rPr>
            </w:pPr>
            <w:proofErr w:type="spellStart"/>
            <w:r w:rsidRPr="004F7149">
              <w:rPr>
                <w:b/>
                <w:sz w:val="16"/>
                <w:szCs w:val="16"/>
              </w:rPr>
              <w:t>Študijný</w:t>
            </w:r>
            <w:proofErr w:type="spellEnd"/>
            <w:r w:rsidRPr="004F7149">
              <w:rPr>
                <w:b/>
                <w:sz w:val="16"/>
                <w:szCs w:val="16"/>
              </w:rPr>
              <w:t xml:space="preserve"> program </w:t>
            </w:r>
          </w:p>
        </w:tc>
        <w:tc>
          <w:tcPr>
            <w:tcW w:w="5270" w:type="dxa"/>
            <w:vAlign w:val="center"/>
          </w:tcPr>
          <w:p w14:paraId="10CF2AC0" w14:textId="77777777" w:rsidR="007C34D9" w:rsidRDefault="007C34D9"/>
        </w:tc>
      </w:tr>
      <w:tr w:rsidR="006D22DE" w14:paraId="0AF32AFB" w14:textId="77777777">
        <w:trPr>
          <w:jc w:val="center"/>
        </w:trPr>
        <w:tc>
          <w:tcPr>
            <w:tcW w:w="5270" w:type="dxa"/>
            <w:shd w:val="clear" w:color="auto" w:fill="EDEDED"/>
            <w:vAlign w:val="center"/>
          </w:tcPr>
          <w:p w14:paraId="09316C83" w14:textId="1300FB3D" w:rsidR="006D22DE" w:rsidRPr="004F7149" w:rsidRDefault="006D22DE">
            <w:pPr>
              <w:rPr>
                <w:b/>
                <w:sz w:val="16"/>
                <w:szCs w:val="16"/>
              </w:rPr>
            </w:pPr>
            <w:proofErr w:type="spellStart"/>
            <w:r w:rsidRPr="004F7149">
              <w:rPr>
                <w:b/>
                <w:sz w:val="16"/>
                <w:szCs w:val="16"/>
              </w:rPr>
              <w:t>Študijný</w:t>
            </w:r>
            <w:proofErr w:type="spellEnd"/>
            <w:r w:rsidRPr="004F7149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4F7149">
              <w:rPr>
                <w:b/>
                <w:sz w:val="16"/>
                <w:szCs w:val="16"/>
              </w:rPr>
              <w:t>odbor</w:t>
            </w:r>
            <w:proofErr w:type="spellEnd"/>
          </w:p>
        </w:tc>
        <w:tc>
          <w:tcPr>
            <w:tcW w:w="5270" w:type="dxa"/>
            <w:vAlign w:val="center"/>
          </w:tcPr>
          <w:p w14:paraId="481C90FE" w14:textId="77777777" w:rsidR="006D22DE" w:rsidRDefault="006D22DE"/>
        </w:tc>
      </w:tr>
      <w:tr w:rsidR="006D22DE" w14:paraId="332C8827" w14:textId="77777777">
        <w:trPr>
          <w:jc w:val="center"/>
        </w:trPr>
        <w:tc>
          <w:tcPr>
            <w:tcW w:w="5270" w:type="dxa"/>
            <w:shd w:val="clear" w:color="auto" w:fill="EDEDED"/>
            <w:vAlign w:val="center"/>
          </w:tcPr>
          <w:p w14:paraId="470D2FEB" w14:textId="1949C46D" w:rsidR="006D22DE" w:rsidRPr="004F7149" w:rsidRDefault="006D22DE">
            <w:pPr>
              <w:rPr>
                <w:b/>
                <w:sz w:val="16"/>
                <w:szCs w:val="16"/>
              </w:rPr>
            </w:pPr>
            <w:proofErr w:type="spellStart"/>
            <w:r w:rsidRPr="004F7149">
              <w:rPr>
                <w:b/>
                <w:sz w:val="16"/>
                <w:szCs w:val="16"/>
              </w:rPr>
              <w:t>Stupeň</w:t>
            </w:r>
            <w:proofErr w:type="spellEnd"/>
            <w:r w:rsidRPr="004F7149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4F7149">
              <w:rPr>
                <w:b/>
                <w:sz w:val="16"/>
                <w:szCs w:val="16"/>
              </w:rPr>
              <w:t>dosiahnutého</w:t>
            </w:r>
            <w:proofErr w:type="spellEnd"/>
            <w:r w:rsidRPr="004F7149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4F7149">
              <w:rPr>
                <w:b/>
                <w:sz w:val="16"/>
                <w:szCs w:val="16"/>
              </w:rPr>
              <w:t>vzdelania</w:t>
            </w:r>
            <w:proofErr w:type="spellEnd"/>
          </w:p>
        </w:tc>
        <w:tc>
          <w:tcPr>
            <w:tcW w:w="5270" w:type="dxa"/>
            <w:vAlign w:val="center"/>
          </w:tcPr>
          <w:p w14:paraId="5FF41DEA" w14:textId="77777777" w:rsidR="006D22DE" w:rsidRDefault="006D22DE"/>
        </w:tc>
      </w:tr>
      <w:tr w:rsidR="007C34D9" w14:paraId="1AD24144" w14:textId="77777777">
        <w:trPr>
          <w:jc w:val="center"/>
        </w:trPr>
        <w:tc>
          <w:tcPr>
            <w:tcW w:w="5270" w:type="dxa"/>
            <w:shd w:val="clear" w:color="auto" w:fill="EDEDED"/>
            <w:vAlign w:val="center"/>
          </w:tcPr>
          <w:p w14:paraId="1C89E8F3" w14:textId="77777777" w:rsidR="007C34D9" w:rsidRPr="004F7149" w:rsidRDefault="000D7045">
            <w:pPr>
              <w:rPr>
                <w:b/>
                <w:sz w:val="16"/>
                <w:szCs w:val="16"/>
              </w:rPr>
            </w:pPr>
            <w:proofErr w:type="spellStart"/>
            <w:r w:rsidRPr="004F7149">
              <w:rPr>
                <w:b/>
                <w:sz w:val="16"/>
                <w:szCs w:val="16"/>
              </w:rPr>
              <w:t>Pracovisko</w:t>
            </w:r>
            <w:proofErr w:type="spellEnd"/>
            <w:r w:rsidRPr="004F7149">
              <w:rPr>
                <w:b/>
                <w:sz w:val="16"/>
                <w:szCs w:val="16"/>
              </w:rPr>
              <w:t xml:space="preserve"> </w:t>
            </w:r>
          </w:p>
        </w:tc>
        <w:tc>
          <w:tcPr>
            <w:tcW w:w="5270" w:type="dxa"/>
            <w:vAlign w:val="center"/>
          </w:tcPr>
          <w:p w14:paraId="71BA8020" w14:textId="77777777" w:rsidR="007C34D9" w:rsidRDefault="007C34D9"/>
        </w:tc>
      </w:tr>
      <w:tr w:rsidR="007C34D9" w14:paraId="22C6FDEF" w14:textId="77777777">
        <w:trPr>
          <w:jc w:val="center"/>
        </w:trPr>
        <w:tc>
          <w:tcPr>
            <w:tcW w:w="5270" w:type="dxa"/>
            <w:shd w:val="clear" w:color="auto" w:fill="EDEDED"/>
            <w:vAlign w:val="center"/>
          </w:tcPr>
          <w:p w14:paraId="0F1E8813" w14:textId="77777777" w:rsidR="007C34D9" w:rsidRPr="004F7149" w:rsidRDefault="000D7045">
            <w:pPr>
              <w:rPr>
                <w:b/>
                <w:sz w:val="16"/>
                <w:szCs w:val="16"/>
              </w:rPr>
            </w:pPr>
            <w:r w:rsidRPr="004F7149">
              <w:rPr>
                <w:b/>
                <w:sz w:val="16"/>
                <w:szCs w:val="16"/>
              </w:rPr>
              <w:t>Adresa</w:t>
            </w:r>
          </w:p>
        </w:tc>
        <w:tc>
          <w:tcPr>
            <w:tcW w:w="5270" w:type="dxa"/>
            <w:vAlign w:val="center"/>
          </w:tcPr>
          <w:p w14:paraId="2157077D" w14:textId="77777777" w:rsidR="007C34D9" w:rsidRDefault="007C34D9"/>
        </w:tc>
      </w:tr>
      <w:tr w:rsidR="007C34D9" w14:paraId="437B5FFC" w14:textId="77777777">
        <w:trPr>
          <w:jc w:val="center"/>
        </w:trPr>
        <w:tc>
          <w:tcPr>
            <w:tcW w:w="5270" w:type="dxa"/>
            <w:shd w:val="clear" w:color="auto" w:fill="EDEDED"/>
            <w:vAlign w:val="center"/>
          </w:tcPr>
          <w:p w14:paraId="47088427" w14:textId="77777777" w:rsidR="007C34D9" w:rsidRPr="004F7149" w:rsidRDefault="000D7045">
            <w:pPr>
              <w:rPr>
                <w:b/>
                <w:sz w:val="16"/>
                <w:szCs w:val="16"/>
              </w:rPr>
            </w:pPr>
            <w:r w:rsidRPr="004F7149">
              <w:rPr>
                <w:b/>
                <w:sz w:val="16"/>
                <w:szCs w:val="16"/>
              </w:rPr>
              <w:t>PSČ a obec</w:t>
            </w:r>
          </w:p>
        </w:tc>
        <w:tc>
          <w:tcPr>
            <w:tcW w:w="5270" w:type="dxa"/>
            <w:vAlign w:val="center"/>
          </w:tcPr>
          <w:p w14:paraId="2CC2AD34" w14:textId="77777777" w:rsidR="007C34D9" w:rsidRDefault="007C34D9"/>
        </w:tc>
      </w:tr>
      <w:tr w:rsidR="007C34D9" w14:paraId="699967C1" w14:textId="77777777">
        <w:trPr>
          <w:jc w:val="center"/>
        </w:trPr>
        <w:tc>
          <w:tcPr>
            <w:tcW w:w="5270" w:type="dxa"/>
            <w:shd w:val="clear" w:color="auto" w:fill="EDEDED"/>
            <w:vAlign w:val="center"/>
          </w:tcPr>
          <w:p w14:paraId="6F1E13F2" w14:textId="77777777" w:rsidR="007C34D9" w:rsidRPr="004F7149" w:rsidRDefault="000D7045">
            <w:pPr>
              <w:rPr>
                <w:b/>
                <w:sz w:val="16"/>
                <w:szCs w:val="16"/>
              </w:rPr>
            </w:pPr>
            <w:r w:rsidRPr="004F7149">
              <w:rPr>
                <w:b/>
                <w:sz w:val="16"/>
                <w:szCs w:val="16"/>
              </w:rPr>
              <w:t>Mesto</w:t>
            </w:r>
          </w:p>
        </w:tc>
        <w:tc>
          <w:tcPr>
            <w:tcW w:w="5270" w:type="dxa"/>
            <w:vAlign w:val="center"/>
          </w:tcPr>
          <w:p w14:paraId="6FF01D1A" w14:textId="77777777" w:rsidR="007C34D9" w:rsidRDefault="007C34D9"/>
        </w:tc>
      </w:tr>
      <w:tr w:rsidR="007C34D9" w14:paraId="76E4EB3A" w14:textId="77777777">
        <w:trPr>
          <w:jc w:val="center"/>
        </w:trPr>
        <w:tc>
          <w:tcPr>
            <w:tcW w:w="5270" w:type="dxa"/>
            <w:shd w:val="clear" w:color="auto" w:fill="EDEDED"/>
            <w:vAlign w:val="center"/>
          </w:tcPr>
          <w:p w14:paraId="6B5B5879" w14:textId="77777777" w:rsidR="007C34D9" w:rsidRPr="004F7149" w:rsidRDefault="000D7045">
            <w:pPr>
              <w:rPr>
                <w:b/>
                <w:sz w:val="16"/>
                <w:szCs w:val="16"/>
              </w:rPr>
            </w:pPr>
            <w:proofErr w:type="spellStart"/>
            <w:r w:rsidRPr="004F7149">
              <w:rPr>
                <w:b/>
                <w:sz w:val="16"/>
                <w:szCs w:val="16"/>
              </w:rPr>
              <w:t>Kategória</w:t>
            </w:r>
            <w:proofErr w:type="spellEnd"/>
            <w:r w:rsidRPr="004F7149">
              <w:rPr>
                <w:b/>
                <w:sz w:val="16"/>
                <w:szCs w:val="16"/>
              </w:rPr>
              <w:t xml:space="preserve"> PZ/OZ</w:t>
            </w:r>
          </w:p>
        </w:tc>
        <w:tc>
          <w:tcPr>
            <w:tcW w:w="5270" w:type="dxa"/>
            <w:vAlign w:val="center"/>
          </w:tcPr>
          <w:p w14:paraId="2A5E18AA" w14:textId="77777777" w:rsidR="007C34D9" w:rsidRDefault="007C34D9"/>
        </w:tc>
      </w:tr>
      <w:tr w:rsidR="007C34D9" w14:paraId="440F65BC" w14:textId="77777777">
        <w:trPr>
          <w:jc w:val="center"/>
        </w:trPr>
        <w:tc>
          <w:tcPr>
            <w:tcW w:w="5270" w:type="dxa"/>
            <w:shd w:val="clear" w:color="auto" w:fill="EDEDED"/>
            <w:vAlign w:val="center"/>
          </w:tcPr>
          <w:p w14:paraId="4720F61F" w14:textId="77777777" w:rsidR="007C34D9" w:rsidRPr="004F7149" w:rsidRDefault="000D7045">
            <w:pPr>
              <w:rPr>
                <w:b/>
                <w:sz w:val="16"/>
                <w:szCs w:val="16"/>
              </w:rPr>
            </w:pPr>
            <w:r w:rsidRPr="004F7149">
              <w:rPr>
                <w:b/>
                <w:sz w:val="16"/>
                <w:szCs w:val="16"/>
              </w:rPr>
              <w:t>Podkategória PZ</w:t>
            </w:r>
          </w:p>
        </w:tc>
        <w:tc>
          <w:tcPr>
            <w:tcW w:w="5270" w:type="dxa"/>
            <w:vAlign w:val="center"/>
          </w:tcPr>
          <w:p w14:paraId="568EEC63" w14:textId="77777777" w:rsidR="007C34D9" w:rsidRDefault="007C34D9"/>
        </w:tc>
      </w:tr>
      <w:tr w:rsidR="007C34D9" w14:paraId="2E57E633" w14:textId="77777777">
        <w:trPr>
          <w:jc w:val="center"/>
        </w:trPr>
        <w:tc>
          <w:tcPr>
            <w:tcW w:w="5270" w:type="dxa"/>
            <w:shd w:val="clear" w:color="auto" w:fill="EDEDED"/>
            <w:vAlign w:val="center"/>
          </w:tcPr>
          <w:p w14:paraId="1DBEB9FC" w14:textId="77777777" w:rsidR="007C34D9" w:rsidRPr="004F7149" w:rsidRDefault="000D7045">
            <w:pPr>
              <w:rPr>
                <w:b/>
                <w:sz w:val="16"/>
                <w:szCs w:val="16"/>
              </w:rPr>
            </w:pPr>
            <w:r w:rsidRPr="004F7149">
              <w:rPr>
                <w:b/>
                <w:sz w:val="16"/>
                <w:szCs w:val="16"/>
              </w:rPr>
              <w:t>Kariérový stupeň</w:t>
            </w:r>
          </w:p>
        </w:tc>
        <w:tc>
          <w:tcPr>
            <w:tcW w:w="5270" w:type="dxa"/>
            <w:vAlign w:val="center"/>
          </w:tcPr>
          <w:p w14:paraId="38F1C679" w14:textId="77777777" w:rsidR="007C34D9" w:rsidRDefault="007C34D9"/>
        </w:tc>
      </w:tr>
      <w:tr w:rsidR="007C34D9" w14:paraId="116122EE" w14:textId="77777777">
        <w:trPr>
          <w:jc w:val="center"/>
        </w:trPr>
        <w:tc>
          <w:tcPr>
            <w:tcW w:w="5270" w:type="dxa"/>
            <w:shd w:val="clear" w:color="auto" w:fill="EDEDED"/>
            <w:vAlign w:val="center"/>
          </w:tcPr>
          <w:p w14:paraId="7D270EFC" w14:textId="77777777" w:rsidR="007C34D9" w:rsidRPr="004F7149" w:rsidRDefault="000D7045">
            <w:pPr>
              <w:rPr>
                <w:b/>
                <w:sz w:val="16"/>
                <w:szCs w:val="16"/>
              </w:rPr>
            </w:pPr>
            <w:r w:rsidRPr="004F7149">
              <w:rPr>
                <w:b/>
                <w:sz w:val="16"/>
                <w:szCs w:val="16"/>
              </w:rPr>
              <w:t>Kariérová pozícia</w:t>
            </w:r>
          </w:p>
        </w:tc>
        <w:tc>
          <w:tcPr>
            <w:tcW w:w="5270" w:type="dxa"/>
            <w:vAlign w:val="center"/>
          </w:tcPr>
          <w:p w14:paraId="5E76DF4B" w14:textId="77777777" w:rsidR="007C34D9" w:rsidRDefault="007C34D9"/>
        </w:tc>
      </w:tr>
    </w:tbl>
    <w:p w14:paraId="5685C067" w14:textId="77777777" w:rsidR="007C34D9" w:rsidRDefault="007C34D9"/>
    <w:p w14:paraId="6433153E" w14:textId="77777777" w:rsidR="007C34D9" w:rsidRDefault="000D7045">
      <w:proofErr w:type="spellStart"/>
      <w:r>
        <w:rPr>
          <w:b/>
        </w:rPr>
        <w:t>Súhlas</w:t>
      </w:r>
      <w:proofErr w:type="spellEnd"/>
      <w:r>
        <w:rPr>
          <w:b/>
        </w:rPr>
        <w:t xml:space="preserve"> a </w:t>
      </w:r>
      <w:proofErr w:type="spellStart"/>
      <w:r>
        <w:rPr>
          <w:b/>
        </w:rPr>
        <w:t>podpisy</w:t>
      </w:r>
      <w:proofErr w:type="spellEnd"/>
    </w:p>
    <w:tbl>
      <w:tblPr>
        <w:tblStyle w:val="Mriekatabuky"/>
        <w:tblW w:w="0" w:type="auto"/>
        <w:jc w:val="center"/>
        <w:tblLook w:val="04A0" w:firstRow="1" w:lastRow="0" w:firstColumn="1" w:lastColumn="0" w:noHBand="0" w:noVBand="1"/>
      </w:tblPr>
      <w:tblGrid>
        <w:gridCol w:w="5270"/>
        <w:gridCol w:w="5270"/>
      </w:tblGrid>
      <w:tr w:rsidR="007C34D9" w14:paraId="73801A54" w14:textId="77777777">
        <w:trPr>
          <w:jc w:val="center"/>
        </w:trPr>
        <w:tc>
          <w:tcPr>
            <w:tcW w:w="5270" w:type="dxa"/>
            <w:shd w:val="clear" w:color="auto" w:fill="EDEDED"/>
            <w:vAlign w:val="center"/>
          </w:tcPr>
          <w:p w14:paraId="16C2E5F6" w14:textId="77777777" w:rsidR="007C34D9" w:rsidRDefault="000D7045">
            <w:r>
              <w:rPr>
                <w:b/>
                <w:sz w:val="17"/>
              </w:rPr>
              <w:t>Prihláška v súlade s plánom profesijného rozvoja a ročným plánom vzdelávania</w:t>
            </w:r>
          </w:p>
        </w:tc>
        <w:tc>
          <w:tcPr>
            <w:tcW w:w="5270" w:type="dxa"/>
            <w:vAlign w:val="center"/>
          </w:tcPr>
          <w:p w14:paraId="4DFCBA33" w14:textId="77777777" w:rsidR="007C34D9" w:rsidRDefault="007C34D9"/>
        </w:tc>
      </w:tr>
      <w:tr w:rsidR="007C34D9" w14:paraId="40998846" w14:textId="77777777">
        <w:trPr>
          <w:jc w:val="center"/>
        </w:trPr>
        <w:tc>
          <w:tcPr>
            <w:tcW w:w="5270" w:type="dxa"/>
            <w:shd w:val="clear" w:color="auto" w:fill="EDEDED"/>
            <w:vAlign w:val="center"/>
          </w:tcPr>
          <w:p w14:paraId="147F069F" w14:textId="77777777" w:rsidR="007C34D9" w:rsidRDefault="000D7045">
            <w:r>
              <w:rPr>
                <w:b/>
                <w:sz w:val="17"/>
              </w:rPr>
              <w:t>Dátum</w:t>
            </w:r>
          </w:p>
        </w:tc>
        <w:tc>
          <w:tcPr>
            <w:tcW w:w="5270" w:type="dxa"/>
            <w:vAlign w:val="center"/>
          </w:tcPr>
          <w:p w14:paraId="682DD036" w14:textId="77777777" w:rsidR="007C34D9" w:rsidRDefault="007C34D9"/>
        </w:tc>
      </w:tr>
      <w:tr w:rsidR="007C34D9" w14:paraId="556D62AD" w14:textId="77777777">
        <w:trPr>
          <w:jc w:val="center"/>
        </w:trPr>
        <w:tc>
          <w:tcPr>
            <w:tcW w:w="5270" w:type="dxa"/>
            <w:shd w:val="clear" w:color="auto" w:fill="EDEDED"/>
            <w:vAlign w:val="center"/>
          </w:tcPr>
          <w:p w14:paraId="5D0DCB68" w14:textId="77777777" w:rsidR="007C34D9" w:rsidRDefault="000D7045">
            <w:r>
              <w:rPr>
                <w:b/>
                <w:sz w:val="17"/>
              </w:rPr>
              <w:t>Podpis</w:t>
            </w:r>
          </w:p>
        </w:tc>
        <w:tc>
          <w:tcPr>
            <w:tcW w:w="5270" w:type="dxa"/>
            <w:vAlign w:val="center"/>
          </w:tcPr>
          <w:p w14:paraId="754136C9" w14:textId="77777777" w:rsidR="007C34D9" w:rsidRDefault="007C34D9"/>
          <w:p w14:paraId="61DFAD56" w14:textId="77777777" w:rsidR="00915B4F" w:rsidRDefault="00915B4F"/>
          <w:p w14:paraId="5D09A0DF" w14:textId="77777777" w:rsidR="00915B4F" w:rsidRDefault="00915B4F"/>
        </w:tc>
      </w:tr>
      <w:tr w:rsidR="007C34D9" w14:paraId="70236DFA" w14:textId="77777777">
        <w:trPr>
          <w:jc w:val="center"/>
        </w:trPr>
        <w:tc>
          <w:tcPr>
            <w:tcW w:w="5270" w:type="dxa"/>
            <w:shd w:val="clear" w:color="auto" w:fill="EDEDED"/>
            <w:vAlign w:val="center"/>
          </w:tcPr>
          <w:p w14:paraId="606F749E" w14:textId="77777777" w:rsidR="007C34D9" w:rsidRDefault="000D7045">
            <w:r>
              <w:rPr>
                <w:b/>
                <w:sz w:val="17"/>
              </w:rPr>
              <w:t>Dátum</w:t>
            </w:r>
          </w:p>
        </w:tc>
        <w:tc>
          <w:tcPr>
            <w:tcW w:w="5270" w:type="dxa"/>
            <w:vAlign w:val="center"/>
          </w:tcPr>
          <w:p w14:paraId="2ED9AF36" w14:textId="77777777" w:rsidR="007C34D9" w:rsidRDefault="007C34D9"/>
        </w:tc>
      </w:tr>
      <w:tr w:rsidR="007C34D9" w14:paraId="35305BDB" w14:textId="77777777">
        <w:trPr>
          <w:jc w:val="center"/>
        </w:trPr>
        <w:tc>
          <w:tcPr>
            <w:tcW w:w="5270" w:type="dxa"/>
            <w:shd w:val="clear" w:color="auto" w:fill="EDEDED"/>
            <w:vAlign w:val="center"/>
          </w:tcPr>
          <w:p w14:paraId="1A3EF4FA" w14:textId="77777777" w:rsidR="007C34D9" w:rsidRDefault="000D7045">
            <w:pPr>
              <w:rPr>
                <w:b/>
                <w:sz w:val="17"/>
              </w:rPr>
            </w:pPr>
            <w:proofErr w:type="spellStart"/>
            <w:r>
              <w:rPr>
                <w:b/>
                <w:sz w:val="17"/>
              </w:rPr>
              <w:t>Podpis</w:t>
            </w:r>
            <w:proofErr w:type="spellEnd"/>
            <w:r>
              <w:rPr>
                <w:b/>
                <w:sz w:val="17"/>
              </w:rPr>
              <w:t xml:space="preserve"> / </w:t>
            </w:r>
            <w:proofErr w:type="spellStart"/>
            <w:r>
              <w:rPr>
                <w:b/>
                <w:sz w:val="17"/>
              </w:rPr>
              <w:t>pečiatka</w:t>
            </w:r>
            <w:proofErr w:type="spellEnd"/>
            <w:r w:rsidR="00915B4F">
              <w:rPr>
                <w:b/>
                <w:sz w:val="17"/>
              </w:rPr>
              <w:t xml:space="preserve"> </w:t>
            </w:r>
            <w:proofErr w:type="spellStart"/>
            <w:r w:rsidR="00915B4F">
              <w:rPr>
                <w:b/>
                <w:sz w:val="17"/>
              </w:rPr>
              <w:t>pracoviska</w:t>
            </w:r>
            <w:proofErr w:type="spellEnd"/>
          </w:p>
          <w:p w14:paraId="7C48D6AF" w14:textId="77777777" w:rsidR="00915B4F" w:rsidRDefault="00915B4F"/>
          <w:p w14:paraId="1160FCCD" w14:textId="77777777" w:rsidR="00915B4F" w:rsidRDefault="00915B4F"/>
          <w:p w14:paraId="50CEF673" w14:textId="77777777" w:rsidR="00915B4F" w:rsidRDefault="00915B4F"/>
        </w:tc>
        <w:tc>
          <w:tcPr>
            <w:tcW w:w="5270" w:type="dxa"/>
            <w:vAlign w:val="center"/>
          </w:tcPr>
          <w:p w14:paraId="2ED17989" w14:textId="77777777" w:rsidR="007C34D9" w:rsidRDefault="007C34D9"/>
        </w:tc>
      </w:tr>
    </w:tbl>
    <w:p w14:paraId="1B40A74B" w14:textId="77777777" w:rsidR="007C34D9" w:rsidRDefault="007C34D9"/>
    <w:p w14:paraId="595983A4" w14:textId="20441852" w:rsidR="004F7149" w:rsidRPr="004F7149" w:rsidRDefault="004F7149">
      <w:pPr>
        <w:rPr>
          <w:rFonts w:cs="Arial"/>
        </w:rPr>
      </w:pPr>
      <w:proofErr w:type="spellStart"/>
      <w:r w:rsidRPr="004F7149">
        <w:rPr>
          <w:rFonts w:cs="Arial"/>
        </w:rPr>
        <w:t>Vyhlásenie</w:t>
      </w:r>
      <w:proofErr w:type="spellEnd"/>
      <w:r w:rsidRPr="004F7149">
        <w:rPr>
          <w:rFonts w:cs="Arial"/>
        </w:rPr>
        <w:t xml:space="preserve"> a </w:t>
      </w:r>
      <w:proofErr w:type="spellStart"/>
      <w:r w:rsidRPr="004F7149">
        <w:rPr>
          <w:rFonts w:cs="Arial"/>
        </w:rPr>
        <w:t>súhlas</w:t>
      </w:r>
      <w:proofErr w:type="spellEnd"/>
      <w:r w:rsidRPr="004F7149">
        <w:rPr>
          <w:rFonts w:cs="Arial"/>
        </w:rPr>
        <w:t xml:space="preserve"> so </w:t>
      </w:r>
      <w:proofErr w:type="spellStart"/>
      <w:r w:rsidRPr="004F7149">
        <w:rPr>
          <w:rFonts w:cs="Arial"/>
        </w:rPr>
        <w:t>spracúvaním</w:t>
      </w:r>
      <w:proofErr w:type="spellEnd"/>
      <w:r w:rsidRPr="004F7149">
        <w:rPr>
          <w:rFonts w:cs="Arial"/>
        </w:rPr>
        <w:t xml:space="preserve"> </w:t>
      </w:r>
      <w:proofErr w:type="spellStart"/>
      <w:r w:rsidRPr="004F7149">
        <w:rPr>
          <w:rFonts w:cs="Arial"/>
        </w:rPr>
        <w:t>osobných</w:t>
      </w:r>
      <w:proofErr w:type="spellEnd"/>
      <w:r w:rsidRPr="004F7149">
        <w:rPr>
          <w:rFonts w:cs="Arial"/>
        </w:rPr>
        <w:t xml:space="preserve"> </w:t>
      </w:r>
      <w:proofErr w:type="spellStart"/>
      <w:r w:rsidRPr="004F7149">
        <w:rPr>
          <w:rFonts w:cs="Arial"/>
        </w:rPr>
        <w:t>údajov</w:t>
      </w:r>
      <w:proofErr w:type="spellEnd"/>
      <w:r w:rsidR="002F1790">
        <w:rPr>
          <w:rFonts w:cs="Arial"/>
        </w:rPr>
        <w:t>.</w:t>
      </w:r>
    </w:p>
    <w:p w14:paraId="3998F2B3" w14:textId="24B3649C" w:rsidR="004F7149" w:rsidRPr="004F7149" w:rsidRDefault="004F7149">
      <w:pPr>
        <w:rPr>
          <w:rFonts w:cs="Arial"/>
        </w:rPr>
      </w:pPr>
      <w:proofErr w:type="spellStart"/>
      <w:r w:rsidRPr="004F7149">
        <w:rPr>
          <w:rFonts w:cs="Arial"/>
        </w:rPr>
        <w:t>Vyhlasujem</w:t>
      </w:r>
      <w:proofErr w:type="spellEnd"/>
      <w:r w:rsidRPr="004F7149">
        <w:rPr>
          <w:rFonts w:cs="Arial"/>
        </w:rPr>
        <w:t xml:space="preserve">, </w:t>
      </w:r>
      <w:proofErr w:type="spellStart"/>
      <w:r w:rsidRPr="004F7149">
        <w:rPr>
          <w:rFonts w:cs="Arial"/>
        </w:rPr>
        <w:t>že</w:t>
      </w:r>
      <w:proofErr w:type="spellEnd"/>
      <w:r w:rsidRPr="004F7149">
        <w:rPr>
          <w:rFonts w:cs="Arial"/>
        </w:rPr>
        <w:t xml:space="preserve"> </w:t>
      </w:r>
      <w:proofErr w:type="spellStart"/>
      <w:r w:rsidRPr="004F7149">
        <w:rPr>
          <w:rFonts w:cs="Arial"/>
        </w:rPr>
        <w:t>všetky</w:t>
      </w:r>
      <w:proofErr w:type="spellEnd"/>
      <w:r w:rsidRPr="004F7149">
        <w:rPr>
          <w:rFonts w:cs="Arial"/>
        </w:rPr>
        <w:t xml:space="preserve"> </w:t>
      </w:r>
      <w:proofErr w:type="spellStart"/>
      <w:r w:rsidRPr="004F7149">
        <w:rPr>
          <w:rFonts w:cs="Arial"/>
        </w:rPr>
        <w:t>mnou</w:t>
      </w:r>
      <w:proofErr w:type="spellEnd"/>
      <w:r w:rsidRPr="004F7149">
        <w:rPr>
          <w:rFonts w:cs="Arial"/>
        </w:rPr>
        <w:t xml:space="preserve"> </w:t>
      </w:r>
      <w:proofErr w:type="spellStart"/>
      <w:r w:rsidRPr="004F7149">
        <w:rPr>
          <w:rFonts w:cs="Arial"/>
        </w:rPr>
        <w:t>uvedené</w:t>
      </w:r>
      <w:proofErr w:type="spellEnd"/>
      <w:r w:rsidRPr="004F7149">
        <w:rPr>
          <w:rFonts w:cs="Arial"/>
        </w:rPr>
        <w:t xml:space="preserve"> </w:t>
      </w:r>
      <w:proofErr w:type="spellStart"/>
      <w:r w:rsidRPr="004F7149">
        <w:rPr>
          <w:rFonts w:cs="Arial"/>
        </w:rPr>
        <w:t>údaje</w:t>
      </w:r>
      <w:proofErr w:type="spellEnd"/>
      <w:r w:rsidRPr="004F7149">
        <w:rPr>
          <w:rFonts w:cs="Arial"/>
        </w:rPr>
        <w:t xml:space="preserve"> </w:t>
      </w:r>
      <w:proofErr w:type="spellStart"/>
      <w:r w:rsidRPr="004F7149">
        <w:rPr>
          <w:rFonts w:cs="Arial"/>
        </w:rPr>
        <w:t>sú</w:t>
      </w:r>
      <w:proofErr w:type="spellEnd"/>
      <w:r w:rsidRPr="004F7149">
        <w:rPr>
          <w:rFonts w:cs="Arial"/>
        </w:rPr>
        <w:t xml:space="preserve"> </w:t>
      </w:r>
      <w:proofErr w:type="spellStart"/>
      <w:r w:rsidRPr="004F7149">
        <w:rPr>
          <w:rFonts w:cs="Arial"/>
        </w:rPr>
        <w:t>pravdivé</w:t>
      </w:r>
      <w:proofErr w:type="spellEnd"/>
      <w:r w:rsidRPr="004F7149">
        <w:rPr>
          <w:rFonts w:cs="Arial"/>
        </w:rPr>
        <w:t xml:space="preserve">, a </w:t>
      </w:r>
      <w:proofErr w:type="spellStart"/>
      <w:r w:rsidRPr="004F7149">
        <w:rPr>
          <w:rFonts w:cs="Arial"/>
        </w:rPr>
        <w:t>že</w:t>
      </w:r>
      <w:proofErr w:type="spellEnd"/>
      <w:r w:rsidRPr="004F7149">
        <w:rPr>
          <w:rFonts w:cs="Arial"/>
        </w:rPr>
        <w:t xml:space="preserve"> </w:t>
      </w:r>
      <w:proofErr w:type="spellStart"/>
      <w:r w:rsidRPr="004F7149">
        <w:rPr>
          <w:rFonts w:cs="Arial"/>
        </w:rPr>
        <w:t>som</w:t>
      </w:r>
      <w:proofErr w:type="spellEnd"/>
      <w:r w:rsidRPr="004F7149">
        <w:rPr>
          <w:rFonts w:cs="Arial"/>
        </w:rPr>
        <w:t xml:space="preserve"> </w:t>
      </w:r>
      <w:proofErr w:type="spellStart"/>
      <w:r w:rsidRPr="004F7149">
        <w:rPr>
          <w:rFonts w:cs="Arial"/>
        </w:rPr>
        <w:t>nezamlčal</w:t>
      </w:r>
      <w:proofErr w:type="spellEnd"/>
      <w:r w:rsidRPr="004F7149">
        <w:rPr>
          <w:rFonts w:cs="Arial"/>
        </w:rPr>
        <w:t xml:space="preserve">/a </w:t>
      </w:r>
      <w:proofErr w:type="spellStart"/>
      <w:r w:rsidRPr="004F7149">
        <w:rPr>
          <w:rFonts w:cs="Arial"/>
        </w:rPr>
        <w:t>nijaké</w:t>
      </w:r>
      <w:proofErr w:type="spellEnd"/>
      <w:r w:rsidRPr="004F7149">
        <w:rPr>
          <w:rFonts w:cs="Arial"/>
        </w:rPr>
        <w:t xml:space="preserve"> </w:t>
      </w:r>
      <w:proofErr w:type="spellStart"/>
      <w:r w:rsidRPr="004F7149">
        <w:rPr>
          <w:rFonts w:cs="Arial"/>
        </w:rPr>
        <w:t>závažbé</w:t>
      </w:r>
      <w:proofErr w:type="spellEnd"/>
      <w:r w:rsidRPr="004F7149">
        <w:rPr>
          <w:rFonts w:cs="Arial"/>
        </w:rPr>
        <w:t xml:space="preserve"> </w:t>
      </w:r>
      <w:proofErr w:type="spellStart"/>
      <w:r w:rsidRPr="004F7149">
        <w:rPr>
          <w:rFonts w:cs="Arial"/>
        </w:rPr>
        <w:t>skutočnosti</w:t>
      </w:r>
      <w:proofErr w:type="spellEnd"/>
      <w:r w:rsidRPr="004F7149">
        <w:rPr>
          <w:rFonts w:cs="Arial"/>
        </w:rPr>
        <w:t>.</w:t>
      </w:r>
    </w:p>
    <w:p w14:paraId="6D31626F" w14:textId="799796DC" w:rsidR="004F7149" w:rsidRPr="004F7149" w:rsidRDefault="004F7149">
      <w:pPr>
        <w:rPr>
          <w:rFonts w:cs="Arial"/>
        </w:rPr>
      </w:pPr>
      <w:proofErr w:type="spellStart"/>
      <w:r w:rsidRPr="004F7149">
        <w:rPr>
          <w:rFonts w:cs="Arial"/>
        </w:rPr>
        <w:t>Súhlasím</w:t>
      </w:r>
      <w:proofErr w:type="spellEnd"/>
      <w:r w:rsidR="002F1790">
        <w:rPr>
          <w:rFonts w:cs="Arial"/>
        </w:rPr>
        <w:t>/</w:t>
      </w:r>
      <w:proofErr w:type="spellStart"/>
      <w:r w:rsidRPr="004F7149">
        <w:rPr>
          <w:rFonts w:cs="Arial"/>
        </w:rPr>
        <w:t>nesúhlasím</w:t>
      </w:r>
      <w:proofErr w:type="spellEnd"/>
      <w:r w:rsidRPr="004F7149">
        <w:rPr>
          <w:rFonts w:cs="Arial"/>
        </w:rPr>
        <w:t xml:space="preserve"> so </w:t>
      </w:r>
      <w:proofErr w:type="spellStart"/>
      <w:r w:rsidRPr="004F7149">
        <w:rPr>
          <w:rFonts w:cs="Arial"/>
        </w:rPr>
        <w:t>spracúvaním</w:t>
      </w:r>
      <w:proofErr w:type="spellEnd"/>
      <w:r w:rsidRPr="004F7149">
        <w:rPr>
          <w:rFonts w:cs="Arial"/>
        </w:rPr>
        <w:t xml:space="preserve"> </w:t>
      </w:r>
      <w:proofErr w:type="spellStart"/>
      <w:r w:rsidRPr="004F7149">
        <w:rPr>
          <w:rFonts w:cs="Arial"/>
        </w:rPr>
        <w:t>osobných</w:t>
      </w:r>
      <w:proofErr w:type="spellEnd"/>
      <w:r w:rsidRPr="004F7149">
        <w:rPr>
          <w:rFonts w:cs="Arial"/>
        </w:rPr>
        <w:t xml:space="preserve"> </w:t>
      </w:r>
      <w:proofErr w:type="spellStart"/>
      <w:r w:rsidRPr="004F7149">
        <w:rPr>
          <w:rFonts w:cs="Arial"/>
        </w:rPr>
        <w:t>údajov</w:t>
      </w:r>
      <w:proofErr w:type="spellEnd"/>
      <w:r w:rsidRPr="004F7149">
        <w:rPr>
          <w:rFonts w:cs="Arial"/>
        </w:rPr>
        <w:t xml:space="preserve">, </w:t>
      </w:r>
      <w:proofErr w:type="spellStart"/>
      <w:r w:rsidRPr="004F7149">
        <w:rPr>
          <w:rFonts w:cs="Arial"/>
        </w:rPr>
        <w:t>ktoré</w:t>
      </w:r>
      <w:proofErr w:type="spellEnd"/>
      <w:r w:rsidRPr="004F7149">
        <w:rPr>
          <w:rFonts w:cs="Arial"/>
        </w:rPr>
        <w:t xml:space="preserve"> </w:t>
      </w:r>
      <w:proofErr w:type="spellStart"/>
      <w:r w:rsidRPr="004F7149">
        <w:rPr>
          <w:rFonts w:cs="Arial"/>
        </w:rPr>
        <w:t>sú</w:t>
      </w:r>
      <w:proofErr w:type="spellEnd"/>
      <w:r w:rsidRPr="004F7149">
        <w:rPr>
          <w:rFonts w:cs="Arial"/>
        </w:rPr>
        <w:t xml:space="preserve"> </w:t>
      </w:r>
      <w:proofErr w:type="spellStart"/>
      <w:r w:rsidRPr="004F7149">
        <w:rPr>
          <w:rFonts w:cs="Arial"/>
        </w:rPr>
        <w:t>uvedené</w:t>
      </w:r>
      <w:proofErr w:type="spellEnd"/>
      <w:r w:rsidRPr="004F7149">
        <w:rPr>
          <w:rFonts w:cs="Arial"/>
        </w:rPr>
        <w:t xml:space="preserve"> v </w:t>
      </w:r>
      <w:proofErr w:type="spellStart"/>
      <w:r w:rsidRPr="004F7149">
        <w:rPr>
          <w:rFonts w:cs="Arial"/>
        </w:rPr>
        <w:t>prihláške</w:t>
      </w:r>
      <w:proofErr w:type="spellEnd"/>
      <w:r w:rsidR="002F1790">
        <w:rPr>
          <w:rFonts w:cs="Arial"/>
        </w:rPr>
        <w:t xml:space="preserve"> </w:t>
      </w:r>
      <w:proofErr w:type="spellStart"/>
      <w:r w:rsidR="002F1790">
        <w:rPr>
          <w:rFonts w:cs="Arial"/>
        </w:rPr>
        <w:t>na</w:t>
      </w:r>
      <w:proofErr w:type="spellEnd"/>
      <w:r w:rsidR="002F1790">
        <w:rPr>
          <w:rFonts w:cs="Arial"/>
        </w:rPr>
        <w:t xml:space="preserve"> </w:t>
      </w:r>
      <w:proofErr w:type="spellStart"/>
      <w:r w:rsidR="002F1790">
        <w:rPr>
          <w:rFonts w:cs="Arial"/>
        </w:rPr>
        <w:t>účely</w:t>
      </w:r>
      <w:proofErr w:type="spellEnd"/>
      <w:r w:rsidR="002F1790">
        <w:rPr>
          <w:rFonts w:cs="Arial"/>
        </w:rPr>
        <w:t xml:space="preserve"> </w:t>
      </w:r>
      <w:proofErr w:type="spellStart"/>
      <w:r w:rsidR="002F1790">
        <w:rPr>
          <w:rFonts w:cs="Arial"/>
        </w:rPr>
        <w:t>vysokej</w:t>
      </w:r>
      <w:proofErr w:type="spellEnd"/>
      <w:r w:rsidR="002F1790">
        <w:rPr>
          <w:rFonts w:cs="Arial"/>
        </w:rPr>
        <w:t xml:space="preserve"> </w:t>
      </w:r>
      <w:proofErr w:type="spellStart"/>
      <w:r w:rsidR="002F1790">
        <w:rPr>
          <w:rFonts w:cs="Arial"/>
        </w:rPr>
        <w:t>školy</w:t>
      </w:r>
      <w:proofErr w:type="spellEnd"/>
      <w:r w:rsidR="002F1790">
        <w:rPr>
          <w:rFonts w:cs="Arial"/>
        </w:rPr>
        <w:t>.</w:t>
      </w:r>
    </w:p>
    <w:p w14:paraId="1A5EADB5" w14:textId="77777777" w:rsidR="007C34D9" w:rsidRDefault="007C34D9"/>
    <w:sectPr w:rsidR="007C34D9" w:rsidSect="00034616">
      <w:pgSz w:w="12240" w:h="15840"/>
      <w:pgMar w:top="850" w:right="850" w:bottom="850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slovanzoznam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slovanzoznam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Zoznamsodrka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Zoznamsodrka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slovanzo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Zo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785584242">
    <w:abstractNumId w:val="8"/>
  </w:num>
  <w:num w:numId="2" w16cid:durableId="497111708">
    <w:abstractNumId w:val="6"/>
  </w:num>
  <w:num w:numId="3" w16cid:durableId="1047996749">
    <w:abstractNumId w:val="5"/>
  </w:num>
  <w:num w:numId="4" w16cid:durableId="1271014347">
    <w:abstractNumId w:val="4"/>
  </w:num>
  <w:num w:numId="5" w16cid:durableId="1433012413">
    <w:abstractNumId w:val="7"/>
  </w:num>
  <w:num w:numId="6" w16cid:durableId="138151920">
    <w:abstractNumId w:val="3"/>
  </w:num>
  <w:num w:numId="7" w16cid:durableId="365452888">
    <w:abstractNumId w:val="2"/>
  </w:num>
  <w:num w:numId="8" w16cid:durableId="779765754">
    <w:abstractNumId w:val="1"/>
  </w:num>
  <w:num w:numId="9" w16cid:durableId="9664740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D7045"/>
    <w:rsid w:val="0015074B"/>
    <w:rsid w:val="0029639D"/>
    <w:rsid w:val="002F1790"/>
    <w:rsid w:val="00326F90"/>
    <w:rsid w:val="003F57B0"/>
    <w:rsid w:val="004F7149"/>
    <w:rsid w:val="006D22DE"/>
    <w:rsid w:val="00733218"/>
    <w:rsid w:val="007C34D9"/>
    <w:rsid w:val="00915B4F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1EAB4D1"/>
  <w14:defaultImageDpi w14:val="300"/>
  <w15:docId w15:val="{F4863A7F-892B-4817-BFA7-EECA1061AD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C693F"/>
    <w:rPr>
      <w:rFonts w:ascii="Arial" w:hAnsi="Arial"/>
      <w:sz w:val="18"/>
    </w:rPr>
  </w:style>
  <w:style w:type="paragraph" w:styleId="Nadpis1">
    <w:name w:val="heading 1"/>
    <w:basedOn w:val="Normlny"/>
    <w:next w:val="Normlny"/>
    <w:link w:val="Nadpis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618BF"/>
  </w:style>
  <w:style w:type="paragraph" w:styleId="Pta">
    <w:name w:val="footer"/>
    <w:basedOn w:val="Normlny"/>
    <w:link w:val="Pta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618BF"/>
  </w:style>
  <w:style w:type="paragraph" w:styleId="Bezriadkovania">
    <w:name w:val="No Spacing"/>
    <w:uiPriority w:val="1"/>
    <w:qFormat/>
    <w:rsid w:val="00FC693F"/>
    <w:pPr>
      <w:spacing w:after="0" w:line="240" w:lineRule="auto"/>
    </w:pPr>
  </w:style>
  <w:style w:type="character" w:customStyle="1" w:styleId="Nadpis1Char">
    <w:name w:val="Nadpis 1 Char"/>
    <w:basedOn w:val="Predvolenpsmoodseku"/>
    <w:link w:val="Nadpis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Predvolenpsmoodseku"/>
    <w:link w:val="Nadpis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Predvolenpsmoodseku"/>
    <w:link w:val="Nadpis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zov">
    <w:name w:val="Title"/>
    <w:basedOn w:val="Normlny"/>
    <w:next w:val="Normlny"/>
    <w:link w:val="Nzov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ovChar">
    <w:name w:val="Názov Char"/>
    <w:basedOn w:val="Predvolenpsmoodseku"/>
    <w:link w:val="Nzov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sekzoznamu">
    <w:name w:val="List Paragraph"/>
    <w:basedOn w:val="Normlny"/>
    <w:uiPriority w:val="34"/>
    <w:qFormat/>
    <w:rsid w:val="00FC693F"/>
    <w:pPr>
      <w:ind w:left="720"/>
      <w:contextualSpacing/>
    </w:pPr>
  </w:style>
  <w:style w:type="paragraph" w:styleId="Zkladntext">
    <w:name w:val="Body Text"/>
    <w:basedOn w:val="Normlny"/>
    <w:link w:val="ZkladntextChar"/>
    <w:uiPriority w:val="99"/>
    <w:unhideWhenUsed/>
    <w:rsid w:val="00AA1D8D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A1D8D"/>
  </w:style>
  <w:style w:type="paragraph" w:styleId="Zkladntext2">
    <w:name w:val="Body Text 2"/>
    <w:basedOn w:val="Normlny"/>
    <w:link w:val="Zkladntext2Char"/>
    <w:uiPriority w:val="99"/>
    <w:unhideWhenUsed/>
    <w:rsid w:val="00AA1D8D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rsid w:val="00AA1D8D"/>
  </w:style>
  <w:style w:type="paragraph" w:styleId="Zkladntext3">
    <w:name w:val="Body Text 3"/>
    <w:basedOn w:val="Normlny"/>
    <w:link w:val="Zkladn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A1D8D"/>
    <w:rPr>
      <w:sz w:val="16"/>
      <w:szCs w:val="16"/>
    </w:rPr>
  </w:style>
  <w:style w:type="paragraph" w:styleId="Zoznam">
    <w:name w:val="List"/>
    <w:basedOn w:val="Normlny"/>
    <w:uiPriority w:val="99"/>
    <w:unhideWhenUsed/>
    <w:rsid w:val="00AA1D8D"/>
    <w:pPr>
      <w:ind w:left="360" w:hanging="360"/>
      <w:contextualSpacing/>
    </w:pPr>
  </w:style>
  <w:style w:type="paragraph" w:styleId="Zoznam2">
    <w:name w:val="List 2"/>
    <w:basedOn w:val="Normlny"/>
    <w:uiPriority w:val="99"/>
    <w:unhideWhenUsed/>
    <w:rsid w:val="00326F90"/>
    <w:pPr>
      <w:ind w:left="720" w:hanging="360"/>
      <w:contextualSpacing/>
    </w:pPr>
  </w:style>
  <w:style w:type="paragraph" w:styleId="Zoznam3">
    <w:name w:val="List 3"/>
    <w:basedOn w:val="Normlny"/>
    <w:uiPriority w:val="99"/>
    <w:unhideWhenUsed/>
    <w:rsid w:val="00326F90"/>
    <w:pPr>
      <w:ind w:left="1080" w:hanging="360"/>
      <w:contextualSpacing/>
    </w:pPr>
  </w:style>
  <w:style w:type="paragraph" w:styleId="Zoznamsodrkami">
    <w:name w:val="List Bullet"/>
    <w:basedOn w:val="Normlny"/>
    <w:uiPriority w:val="99"/>
    <w:unhideWhenUsed/>
    <w:rsid w:val="00326F90"/>
    <w:pPr>
      <w:numPr>
        <w:numId w:val="1"/>
      </w:numPr>
      <w:contextualSpacing/>
    </w:pPr>
  </w:style>
  <w:style w:type="paragraph" w:styleId="Zoznamsodrkami2">
    <w:name w:val="List Bullet 2"/>
    <w:basedOn w:val="Normlny"/>
    <w:uiPriority w:val="99"/>
    <w:unhideWhenUsed/>
    <w:rsid w:val="00326F90"/>
    <w:pPr>
      <w:numPr>
        <w:numId w:val="2"/>
      </w:numPr>
      <w:contextualSpacing/>
    </w:pPr>
  </w:style>
  <w:style w:type="paragraph" w:styleId="Zoznamsodrkami3">
    <w:name w:val="List Bullet 3"/>
    <w:basedOn w:val="Normlny"/>
    <w:uiPriority w:val="99"/>
    <w:unhideWhenUsed/>
    <w:rsid w:val="00326F90"/>
    <w:pPr>
      <w:numPr>
        <w:numId w:val="3"/>
      </w:numPr>
      <w:contextualSpacing/>
    </w:pPr>
  </w:style>
  <w:style w:type="paragraph" w:styleId="slovanzoznam">
    <w:name w:val="List Number"/>
    <w:basedOn w:val="Normlny"/>
    <w:uiPriority w:val="99"/>
    <w:unhideWhenUsed/>
    <w:rsid w:val="00326F90"/>
    <w:pPr>
      <w:numPr>
        <w:numId w:val="5"/>
      </w:numPr>
      <w:contextualSpacing/>
    </w:pPr>
  </w:style>
  <w:style w:type="paragraph" w:styleId="slovanzoznam2">
    <w:name w:val="List Number 2"/>
    <w:basedOn w:val="Normlny"/>
    <w:uiPriority w:val="99"/>
    <w:unhideWhenUsed/>
    <w:rsid w:val="0029639D"/>
    <w:pPr>
      <w:numPr>
        <w:numId w:val="6"/>
      </w:numPr>
      <w:contextualSpacing/>
    </w:pPr>
  </w:style>
  <w:style w:type="paragraph" w:styleId="slovanzoznam3">
    <w:name w:val="List Number 3"/>
    <w:basedOn w:val="Normlny"/>
    <w:uiPriority w:val="99"/>
    <w:unhideWhenUsed/>
    <w:rsid w:val="0029639D"/>
    <w:pPr>
      <w:numPr>
        <w:numId w:val="7"/>
      </w:numPr>
      <w:contextualSpacing/>
    </w:pPr>
  </w:style>
  <w:style w:type="paragraph" w:styleId="Pokraovaniezoznamu">
    <w:name w:val="List Continue"/>
    <w:basedOn w:val="Normlny"/>
    <w:uiPriority w:val="99"/>
    <w:unhideWhenUsed/>
    <w:rsid w:val="0029639D"/>
    <w:pPr>
      <w:spacing w:after="120"/>
      <w:ind w:left="360"/>
      <w:contextualSpacing/>
    </w:pPr>
  </w:style>
  <w:style w:type="paragraph" w:styleId="Pokraovaniezoznamu2">
    <w:name w:val="List Continue 2"/>
    <w:basedOn w:val="Normlny"/>
    <w:uiPriority w:val="99"/>
    <w:unhideWhenUsed/>
    <w:rsid w:val="0029639D"/>
    <w:pPr>
      <w:spacing w:after="120"/>
      <w:ind w:left="720"/>
      <w:contextualSpacing/>
    </w:pPr>
  </w:style>
  <w:style w:type="paragraph" w:styleId="Pokraovaniezoznamu3">
    <w:name w:val="List Continue 3"/>
    <w:basedOn w:val="Normlny"/>
    <w:uiPriority w:val="99"/>
    <w:unhideWhenUsed/>
    <w:rsid w:val="0029639D"/>
    <w:pPr>
      <w:spacing w:after="120"/>
      <w:ind w:left="1080"/>
      <w:contextualSpacing/>
    </w:pPr>
  </w:style>
  <w:style w:type="paragraph" w:styleId="Textmakra">
    <w:name w:val="macro"/>
    <w:link w:val="Textmakra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makraChar">
    <w:name w:val="Text makra Char"/>
    <w:basedOn w:val="Predvolenpsmoodseku"/>
    <w:link w:val="Textmakra"/>
    <w:uiPriority w:val="99"/>
    <w:rsid w:val="0029639D"/>
    <w:rPr>
      <w:rFonts w:ascii="Courier" w:hAnsi="Courier"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FC693F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FC693F"/>
    <w:rPr>
      <w:i/>
      <w:iCs/>
      <w:color w:val="000000" w:themeColor="text1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Popis">
    <w:name w:val="caption"/>
    <w:basedOn w:val="Normlny"/>
    <w:next w:val="Norm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Cs w:val="18"/>
    </w:rPr>
  </w:style>
  <w:style w:type="character" w:styleId="Vrazn">
    <w:name w:val="Strong"/>
    <w:basedOn w:val="Predvolenpsmoodseku"/>
    <w:uiPriority w:val="22"/>
    <w:qFormat/>
    <w:rsid w:val="00FC693F"/>
    <w:rPr>
      <w:b/>
      <w:bCs/>
    </w:rPr>
  </w:style>
  <w:style w:type="character" w:styleId="Zvraznenie">
    <w:name w:val="Emphasis"/>
    <w:basedOn w:val="Predvolenpsmoodseku"/>
    <w:uiPriority w:val="20"/>
    <w:qFormat/>
    <w:rsid w:val="00FC693F"/>
    <w:rPr>
      <w:i/>
      <w:iCs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FC693F"/>
    <w:rPr>
      <w:b/>
      <w:bCs/>
      <w:i/>
      <w:iCs/>
      <w:color w:val="4F81BD" w:themeColor="accent1"/>
    </w:rPr>
  </w:style>
  <w:style w:type="character" w:styleId="Jemnzvraznenie">
    <w:name w:val="Subtle Emphasis"/>
    <w:basedOn w:val="Predvolenpsmoodseku"/>
    <w:uiPriority w:val="19"/>
    <w:qFormat/>
    <w:rsid w:val="00FC693F"/>
    <w:rPr>
      <w:i/>
      <w:iCs/>
      <w:color w:val="808080" w:themeColor="text1" w:themeTint="7F"/>
    </w:rPr>
  </w:style>
  <w:style w:type="character" w:styleId="Intenzvnezvraznenie">
    <w:name w:val="Intense Emphasis"/>
    <w:basedOn w:val="Predvolenpsmoodseku"/>
    <w:uiPriority w:val="21"/>
    <w:qFormat/>
    <w:rsid w:val="00FC693F"/>
    <w:rPr>
      <w:b/>
      <w:bCs/>
      <w:i/>
      <w:iCs/>
      <w:color w:val="4F81BD" w:themeColor="accent1"/>
    </w:rPr>
  </w:style>
  <w:style w:type="character" w:styleId="Jemnodkaz">
    <w:name w:val="Subtle Reference"/>
    <w:basedOn w:val="Predvolenpsmoodseku"/>
    <w:uiPriority w:val="31"/>
    <w:qFormat/>
    <w:rsid w:val="00FC693F"/>
    <w:rPr>
      <w:smallCaps/>
      <w:color w:val="C0504D" w:themeColor="accent2"/>
      <w:u w:val="single"/>
    </w:rPr>
  </w:style>
  <w:style w:type="character" w:styleId="Zvraznenodkaz">
    <w:name w:val="Intense Reference"/>
    <w:basedOn w:val="Predvolenpsmoodsek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Nzovknihy">
    <w:name w:val="Book Title"/>
    <w:basedOn w:val="Predvolenpsmoodseku"/>
    <w:uiPriority w:val="33"/>
    <w:qFormat/>
    <w:rsid w:val="00FC693F"/>
    <w:rPr>
      <w:b/>
      <w:bCs/>
      <w:smallCaps/>
      <w:spacing w:val="5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FC693F"/>
    <w:pPr>
      <w:outlineLvl w:val="9"/>
    </w:pPr>
  </w:style>
  <w:style w:type="table" w:styleId="Mriekatabuky">
    <w:name w:val="Table Grid"/>
    <w:basedOn w:val="Normlnatabuka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etlpodfarbenie">
    <w:name w:val="Light Shading"/>
    <w:basedOn w:val="Normlnatabuk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etlpodfarbeniezvraznenie1">
    <w:name w:val="Light Shading Accent 1"/>
    <w:basedOn w:val="Normlnatabuk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etlpodfarbeniezvraznenie2">
    <w:name w:val="Light Shading Accent 2"/>
    <w:basedOn w:val="Normlnatabuk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etlpodfarbeniezvraznenie3">
    <w:name w:val="Light Shading Accent 3"/>
    <w:basedOn w:val="Normlnatabuk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etlpodfarbeniezvraznenie4">
    <w:name w:val="Light Shading Accent 4"/>
    <w:basedOn w:val="Normlnatabuk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etlpodfarbeniezvraznenie5">
    <w:name w:val="Light Shading Accent 5"/>
    <w:basedOn w:val="Normlnatabuk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etlpodfarbeniezvraznenie6">
    <w:name w:val="Light Shading Accent 6"/>
    <w:basedOn w:val="Normlnatabuk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vetlzoznam">
    <w:name w:val="Light List"/>
    <w:basedOn w:val="Normlnatabu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etlzoznamzvraznenie1">
    <w:name w:val="Light List Accent 1"/>
    <w:basedOn w:val="Normlnatabu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etlzoznamzvraznenie2">
    <w:name w:val="Light List Accent 2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etlzoznamzvraznenie3">
    <w:name w:val="Light List Accent 3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etlzoznamzvraznenie4">
    <w:name w:val="Light List Accent 4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Svetlzoznamzvraznenie5">
    <w:name w:val="Light List Accent 5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vetlzoznamzvraznenie6">
    <w:name w:val="Light List Accent 6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vetlmrieka">
    <w:name w:val="Light Grid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etlmriekazvraznenie1">
    <w:name w:val="Light Grid Accent 1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vetlmriekazvraznenie2">
    <w:name w:val="Light Grid Accent 2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etlmriekazvraznenie3">
    <w:name w:val="Light Grid Accent 3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Svetlmriekazvraznenie4">
    <w:name w:val="Light Grid Accent 4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Svetlmriekazvraznenie5">
    <w:name w:val="Light Grid Accent 5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vetlmriekazvraznenie6">
    <w:name w:val="Light Grid Accent 6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trednpodfarbenie1">
    <w:name w:val="Medium Shading 1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1">
    <w:name w:val="Medium Shading 1 Accent 1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2">
    <w:name w:val="Medium Shading 1 Accent 2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3">
    <w:name w:val="Medium Shading 1 Accent 3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4">
    <w:name w:val="Medium Shading 1 Accent 4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5">
    <w:name w:val="Medium Shading 1 Accent 5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Farebnpodfarbenie1zvraznenie6">
    <w:name w:val="Medium Shading 1 Accent 6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2">
    <w:name w:val="Medium Shading 2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1">
    <w:name w:val="Medium Shading 2 Accent 1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2">
    <w:name w:val="Medium Shading 2 Accent 2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3">
    <w:name w:val="Medium Shading 2 Accent 3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4">
    <w:name w:val="Medium Shading 2 Accent 4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5">
    <w:name w:val="Medium Shading 2 Accent 5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Farebnpodfarbenie2zvraznenie6">
    <w:name w:val="Medium Shading 2 Accent 6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zoznam1">
    <w:name w:val="Medium List 1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trednzoznam1zvraznenie1">
    <w:name w:val="Medium List 1 Accent 1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trednzoznam1zvraznenie2">
    <w:name w:val="Medium List 1 Accent 2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trednzoznam1zvraznenie3">
    <w:name w:val="Medium List 1 Accent 3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trednzoznam1zvraznenie4">
    <w:name w:val="Medium List 1 Accent 4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trednzoznam1zvraznenie5">
    <w:name w:val="Medium List 1 Accent 5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trednzoznam1zvraznenie6">
    <w:name w:val="Medium List 1 Accent 6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trednzoznam2">
    <w:name w:val="Medium List 2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1">
    <w:name w:val="Medium List 2 Accent 1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2">
    <w:name w:val="Medium List 2 Accent 2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3">
    <w:name w:val="Medium List 2 Accent 3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4">
    <w:name w:val="Medium List 2 Accent 4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5">
    <w:name w:val="Medium List 2 Accent 5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6">
    <w:name w:val="Medium List 2 Accent 6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mrieka1">
    <w:name w:val="Medium Grid 1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trednmrieka1zvraznenie1">
    <w:name w:val="Medium Grid 1 Accent 1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trednmrieka1zvraznenie2">
    <w:name w:val="Medium Grid 1 Accent 2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trednmrieka1zvraznenie3">
    <w:name w:val="Medium Grid 1 Accent 3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trednmrieka1zvraznenie4">
    <w:name w:val="Medium Grid 1 Accent 4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trednmrieka1zvraznenie5">
    <w:name w:val="Medium Grid 1 Accent 5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trednmrieka1zvraznenie6">
    <w:name w:val="Medium Grid 1 Accent 6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trednmrieka2">
    <w:name w:val="Medium Grid 2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1">
    <w:name w:val="Medium Grid 2 Accent 1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2">
    <w:name w:val="Medium Grid 2 Accent 2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3">
    <w:name w:val="Medium Grid 2 Accent 3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4">
    <w:name w:val="Medium Grid 2 Accent 4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5">
    <w:name w:val="Medium Grid 2 Accent 5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6">
    <w:name w:val="Medium Grid 2 Accent 6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3">
    <w:name w:val="Medium Grid 3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trednmrieka3zvraznenie1">
    <w:name w:val="Medium Grid 3 Accent 1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Strednmrieka3zvraznenie2">
    <w:name w:val="Medium Grid 3 Accent 2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trednmrieka3zvraznenie3">
    <w:name w:val="Medium Grid 3 Accent 3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trednmrieka3zvraznenie4">
    <w:name w:val="Medium Grid 3 Accent 4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Strednmrieka3zvraznenie5">
    <w:name w:val="Medium Grid 3 Accent 5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trednmrieka3zvraznenie6">
    <w:name w:val="Medium Grid 3 Accent 6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mavzoznam">
    <w:name w:val="Dark List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mavzoznamzvraznenie1">
    <w:name w:val="Dark List Accent 1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mavzoznamzvraznenie2">
    <w:name w:val="Dark List Accent 2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mavzoznamzvraznenie3">
    <w:name w:val="Dark List Accent 3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mavzoznamzvraznenie4">
    <w:name w:val="Dark List Accent 4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mavzoznamzvraznenie5">
    <w:name w:val="Dark List Accent 5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mavzoznamzvraznenie6">
    <w:name w:val="Dark List Accent 6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Farebnpodfarbenie">
    <w:name w:val="Colorful Shading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1">
    <w:name w:val="Colorful Shading Accent 1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2">
    <w:name w:val="Colorful Shading Accent 2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3">
    <w:name w:val="Colorful Shading Accent 3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ebnpodfarbeniezvraznenie4">
    <w:name w:val="Colorful Shading Accent 4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5">
    <w:name w:val="Colorful Shading Accent 5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6">
    <w:name w:val="Colorful Shading Accent 6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zoznam">
    <w:name w:val="Colorful List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ebnzoznamzvraznenie1">
    <w:name w:val="Colorful List Accent 1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Farebnzoznamzvraznenie2">
    <w:name w:val="Colorful List Accent 2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Farebnzoznamzvraznenie3">
    <w:name w:val="Colorful List Accent 3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Farebnzoznamzvraznenie4">
    <w:name w:val="Colorful List Accent 4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Farebnzoznamzvraznenie5">
    <w:name w:val="Colorful List Accent 5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Farebnzoznamzvraznenie6">
    <w:name w:val="Colorful List Accent 6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Farebnmrieka">
    <w:name w:val="Colorful Grid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ebnmriekazvraznenie1">
    <w:name w:val="Colorful Grid Accent 1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Farebnmriekazvraznenie2">
    <w:name w:val="Colorful Grid Accent 2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Farebnmriekazvraznenie3">
    <w:name w:val="Colorful Grid Accent 3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ebnmriekazvraznenie4">
    <w:name w:val="Colorful Grid Accent 4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Farebnmriekazvraznenie5">
    <w:name w:val="Colorful Grid Accent 5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Farebnmriekazvraznenie6">
    <w:name w:val="Colorful Grid Accent 6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6604D256-BDF7-4094-82E0-B89A629FE5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154</Words>
  <Characters>884</Characters>
  <Application>Microsoft Office Word</Application>
  <DocSecurity>0</DocSecurity>
  <Lines>7</Lines>
  <Paragraphs>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1036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Cisárová Zlata</cp:lastModifiedBy>
  <cp:revision>7</cp:revision>
  <dcterms:created xsi:type="dcterms:W3CDTF">2013-12-23T23:15:00Z</dcterms:created>
  <dcterms:modified xsi:type="dcterms:W3CDTF">2026-08-31T09:53:00Z</dcterms:modified>
  <cp:category/>
</cp:coreProperties>
</file>